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54F9" w14:textId="77777777" w:rsidR="00763146" w:rsidRPr="00613F5C" w:rsidRDefault="00F92692" w:rsidP="00613F5C">
      <w:pPr>
        <w:spacing w:after="0"/>
        <w:jc w:val="center"/>
        <w:rPr>
          <w:rFonts w:ascii="BIZ UDPゴシック" w:eastAsia="BIZ UDPゴシック" w:hAnsi="BIZ UDPゴシック"/>
          <w:lang w:eastAsia="ja-JP"/>
        </w:rPr>
      </w:pPr>
      <w:r w:rsidRPr="00613F5C">
        <w:rPr>
          <w:rFonts w:ascii="BIZ UDPゴシック" w:eastAsia="BIZ UDPゴシック" w:hAnsi="BIZ UDPゴシック"/>
          <w:b/>
          <w:color w:val="1B365D"/>
          <w:sz w:val="36"/>
          <w:lang w:eastAsia="ja-JP"/>
        </w:rPr>
        <w:t>山口県肝疾患コーディネーター 資材利用申請書</w:t>
      </w:r>
    </w:p>
    <w:p w14:paraId="5AE3B1BE" w14:textId="1824F8ED" w:rsidR="00763146" w:rsidRPr="00613F5C" w:rsidRDefault="00FE2CE5" w:rsidP="00CB022C">
      <w:pPr>
        <w:spacing w:beforeLines="50" w:before="120" w:after="0" w:line="240" w:lineRule="auto"/>
        <w:ind w:right="214"/>
        <w:jc w:val="right"/>
        <w:rPr>
          <w:rFonts w:ascii="BIZ UDPゴシック" w:eastAsia="BIZ UDPゴシック" w:hAnsi="BIZ UDPゴシック"/>
          <w:lang w:eastAsia="ja-JP"/>
        </w:rPr>
      </w:pPr>
      <w:r w:rsidRPr="00613F5C">
        <w:rPr>
          <w:rFonts w:ascii="BIZ UDPゴシック" w:eastAsia="BIZ UDPゴシック" w:hAnsi="BIZ UDPゴシック" w:hint="eastAsia"/>
          <w:lang w:eastAsia="ja-JP"/>
        </w:rPr>
        <w:t xml:space="preserve">　　　　</w:t>
      </w:r>
      <w:r w:rsidR="00F92692" w:rsidRPr="00613F5C">
        <w:rPr>
          <w:rFonts w:ascii="BIZ UDPゴシック" w:eastAsia="BIZ UDPゴシック" w:hAnsi="BIZ UDPゴシック"/>
          <w:lang w:eastAsia="ja-JP"/>
        </w:rPr>
        <w:t>令和</w:t>
      </w:r>
      <w:r w:rsidR="00957149">
        <w:rPr>
          <w:rFonts w:ascii="BIZ UDPゴシック" w:eastAsia="BIZ UDPゴシック" w:hAnsi="BIZ UDPゴシック" w:hint="eastAsia"/>
          <w:lang w:eastAsia="ja-JP"/>
        </w:rPr>
        <w:t xml:space="preserve"> </w:t>
      </w:r>
      <w:r w:rsidR="00F92692" w:rsidRPr="00613F5C">
        <w:rPr>
          <w:rFonts w:ascii="BIZ UDPゴシック" w:eastAsia="BIZ UDPゴシック" w:hAnsi="BIZ UDPゴシック"/>
          <w:lang w:eastAsia="ja-JP"/>
        </w:rPr>
        <w:t xml:space="preserve">　</w:t>
      </w:r>
      <w:r w:rsidRPr="00613F5C">
        <w:rPr>
          <w:rFonts w:ascii="BIZ UDPゴシック" w:eastAsia="BIZ UDPゴシック" w:hAnsi="BIZ UDPゴシック" w:hint="eastAsia"/>
          <w:lang w:eastAsia="ja-JP"/>
        </w:rPr>
        <w:t xml:space="preserve">　　　</w:t>
      </w:r>
      <w:r w:rsidR="00F92692" w:rsidRPr="00613F5C">
        <w:rPr>
          <w:rFonts w:ascii="BIZ UDPゴシック" w:eastAsia="BIZ UDPゴシック" w:hAnsi="BIZ UDPゴシック"/>
          <w:lang w:eastAsia="ja-JP"/>
        </w:rPr>
        <w:t xml:space="preserve">年　</w:t>
      </w:r>
      <w:r w:rsidR="00957149">
        <w:rPr>
          <w:rFonts w:ascii="BIZ UDPゴシック" w:eastAsia="BIZ UDPゴシック" w:hAnsi="BIZ UDPゴシック" w:hint="eastAsia"/>
          <w:lang w:eastAsia="ja-JP"/>
        </w:rPr>
        <w:t xml:space="preserve"> </w:t>
      </w:r>
      <w:r w:rsidRPr="00613F5C">
        <w:rPr>
          <w:rFonts w:ascii="BIZ UDPゴシック" w:eastAsia="BIZ UDPゴシック" w:hAnsi="BIZ UDPゴシック" w:hint="eastAsia"/>
          <w:lang w:eastAsia="ja-JP"/>
        </w:rPr>
        <w:t xml:space="preserve">　　　</w:t>
      </w:r>
      <w:r w:rsidR="00F92692" w:rsidRPr="00613F5C">
        <w:rPr>
          <w:rFonts w:ascii="BIZ UDPゴシック" w:eastAsia="BIZ UDPゴシック" w:hAnsi="BIZ UDPゴシック"/>
          <w:lang w:eastAsia="ja-JP"/>
        </w:rPr>
        <w:t>月</w:t>
      </w:r>
      <w:r w:rsidR="00957149">
        <w:rPr>
          <w:rFonts w:ascii="BIZ UDPゴシック" w:eastAsia="BIZ UDPゴシック" w:hAnsi="BIZ UDPゴシック" w:hint="eastAsia"/>
          <w:lang w:eastAsia="ja-JP"/>
        </w:rPr>
        <w:t xml:space="preserve"> </w:t>
      </w:r>
      <w:r w:rsidRPr="00613F5C">
        <w:rPr>
          <w:rFonts w:ascii="BIZ UDPゴシック" w:eastAsia="BIZ UDPゴシック" w:hAnsi="BIZ UDPゴシック" w:hint="eastAsia"/>
          <w:lang w:eastAsia="ja-JP"/>
        </w:rPr>
        <w:t xml:space="preserve">　　　</w:t>
      </w:r>
      <w:r w:rsidR="00F92692" w:rsidRPr="00613F5C">
        <w:rPr>
          <w:rFonts w:ascii="BIZ UDPゴシック" w:eastAsia="BIZ UDPゴシック" w:hAnsi="BIZ UDPゴシック"/>
          <w:lang w:eastAsia="ja-JP"/>
        </w:rPr>
        <w:t xml:space="preserve">　日</w:t>
      </w:r>
    </w:p>
    <w:p w14:paraId="6C26A554" w14:textId="77777777" w:rsidR="00763146" w:rsidRPr="00EF67A7" w:rsidRDefault="00F92692" w:rsidP="00613F5C">
      <w:pPr>
        <w:spacing w:beforeLines="50" w:before="120" w:after="0" w:line="360" w:lineRule="exact"/>
        <w:ind w:right="544"/>
        <w:rPr>
          <w:rFonts w:ascii="BIZ UDPゴシック" w:eastAsia="BIZ UDPゴシック" w:hAnsi="BIZ UDPゴシック"/>
          <w:b/>
          <w:sz w:val="24"/>
          <w:szCs w:val="24"/>
          <w:lang w:eastAsia="ja-JP"/>
        </w:rPr>
      </w:pPr>
      <w:r w:rsidRPr="00EF67A7">
        <w:rPr>
          <w:rFonts w:ascii="BIZ UDPゴシック" w:eastAsia="BIZ UDPゴシック" w:hAnsi="BIZ UDPゴシック"/>
          <w:b/>
          <w:spacing w:val="16"/>
          <w:sz w:val="24"/>
          <w:szCs w:val="24"/>
          <w:fitText w:val="2808" w:id="-387970303"/>
          <w:lang w:eastAsia="ja-JP"/>
        </w:rPr>
        <w:t>山口大学医学部附属病</w:t>
      </w:r>
      <w:r w:rsidRPr="00EF67A7">
        <w:rPr>
          <w:rFonts w:ascii="BIZ UDPゴシック" w:eastAsia="BIZ UDPゴシック" w:hAnsi="BIZ UDPゴシック"/>
          <w:b/>
          <w:spacing w:val="8"/>
          <w:sz w:val="24"/>
          <w:szCs w:val="24"/>
          <w:fitText w:val="2808" w:id="-387970303"/>
          <w:lang w:eastAsia="ja-JP"/>
        </w:rPr>
        <w:t>院</w:t>
      </w:r>
      <w:r w:rsidRPr="00EF67A7">
        <w:rPr>
          <w:rFonts w:ascii="BIZ UDPゴシック" w:eastAsia="BIZ UDPゴシック" w:hAnsi="BIZ UDPゴシック"/>
          <w:b/>
          <w:sz w:val="24"/>
          <w:szCs w:val="24"/>
          <w:lang w:eastAsia="ja-JP"/>
        </w:rPr>
        <w:br/>
      </w:r>
      <w:r w:rsidRPr="00215182">
        <w:rPr>
          <w:rFonts w:ascii="BIZ UDPゴシック" w:eastAsia="BIZ UDPゴシック" w:hAnsi="BIZ UDPゴシック"/>
          <w:b/>
          <w:spacing w:val="29"/>
          <w:sz w:val="24"/>
          <w:szCs w:val="24"/>
          <w:fitText w:val="2520" w:id="-387970301"/>
          <w:lang w:eastAsia="ja-JP"/>
        </w:rPr>
        <w:t xml:space="preserve">肝疾患センター長　</w:t>
      </w:r>
      <w:r w:rsidRPr="00215182">
        <w:rPr>
          <w:rFonts w:ascii="BIZ UDPゴシック" w:eastAsia="BIZ UDPゴシック" w:hAnsi="BIZ UDPゴシック"/>
          <w:b/>
          <w:spacing w:val="2"/>
          <w:sz w:val="24"/>
          <w:szCs w:val="24"/>
          <w:fitText w:val="2520" w:id="-387970301"/>
          <w:lang w:eastAsia="ja-JP"/>
        </w:rPr>
        <w:t>殿</w:t>
      </w:r>
    </w:p>
    <w:p w14:paraId="6617B4D6" w14:textId="77777777" w:rsidR="00613F5C" w:rsidRPr="00613F5C" w:rsidRDefault="00613F5C" w:rsidP="00613F5C">
      <w:pPr>
        <w:spacing w:after="0" w:line="240" w:lineRule="auto"/>
        <w:rPr>
          <w:rFonts w:ascii="BIZ UDPゴシック" w:eastAsia="BIZ UDPゴシック" w:hAnsi="BIZ UDPゴシック"/>
          <w:sz w:val="16"/>
          <w:szCs w:val="16"/>
          <w:lang w:eastAsia="ja-JP"/>
        </w:rPr>
      </w:pPr>
    </w:p>
    <w:p w14:paraId="21A18985" w14:textId="77777777" w:rsidR="00763146" w:rsidRPr="00613F5C" w:rsidRDefault="00F92692" w:rsidP="00613F5C">
      <w:pPr>
        <w:spacing w:after="0"/>
        <w:rPr>
          <w:rFonts w:ascii="BIZ UDPゴシック" w:eastAsia="BIZ UDPゴシック" w:hAnsi="BIZ UDPゴシック"/>
          <w:lang w:eastAsia="ja-JP"/>
        </w:rPr>
      </w:pPr>
      <w:r w:rsidRPr="00613F5C">
        <w:rPr>
          <w:rFonts w:ascii="BIZ UDPゴシック" w:eastAsia="BIZ UDPゴシック" w:hAnsi="BIZ UDPゴシック"/>
          <w:lang w:eastAsia="ja-JP"/>
        </w:rPr>
        <w:t>下記活動のため、貴センターの資材の利用を希望します。なお、注意事項についても承諾いたします。</w:t>
      </w:r>
    </w:p>
    <w:p w14:paraId="1AE7EC84" w14:textId="77777777" w:rsidR="00613F5C" w:rsidRPr="00613F5C" w:rsidRDefault="00613F5C" w:rsidP="00613F5C">
      <w:pPr>
        <w:spacing w:after="0"/>
        <w:rPr>
          <w:rFonts w:ascii="BIZ UDPゴシック" w:eastAsia="BIZ UDPゴシック" w:hAnsi="BIZ UDPゴシック"/>
          <w:lang w:eastAsia="ja-JP"/>
        </w:rPr>
      </w:pPr>
    </w:p>
    <w:p w14:paraId="4D256C7C" w14:textId="77777777" w:rsidR="00763146" w:rsidRPr="00613F5C" w:rsidRDefault="00F92692" w:rsidP="00EF67A7">
      <w:pPr>
        <w:spacing w:afterLines="50" w:after="120"/>
        <w:rPr>
          <w:rFonts w:ascii="BIZ UDPゴシック" w:eastAsia="BIZ UDPゴシック" w:hAnsi="BIZ UDPゴシック"/>
        </w:rPr>
      </w:pPr>
      <w:r w:rsidRPr="00613F5C">
        <w:rPr>
          <w:rFonts w:ascii="BIZ UDPゴシック" w:eastAsia="BIZ UDPゴシック" w:hAnsi="BIZ UDPゴシック"/>
          <w:b/>
          <w:color w:val="1B365D"/>
          <w:sz w:val="26"/>
        </w:rPr>
        <w:t xml:space="preserve">1. </w:t>
      </w:r>
      <w:proofErr w:type="spellStart"/>
      <w:r w:rsidRPr="00613F5C">
        <w:rPr>
          <w:rFonts w:ascii="BIZ UDPゴシック" w:eastAsia="BIZ UDPゴシック" w:hAnsi="BIZ UDPゴシック"/>
          <w:b/>
          <w:color w:val="1B365D"/>
          <w:sz w:val="26"/>
        </w:rPr>
        <w:t>申請者情報</w:t>
      </w:r>
      <w:proofErr w:type="spellEnd"/>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4A0" w:firstRow="1" w:lastRow="0" w:firstColumn="1" w:lastColumn="0" w:noHBand="0" w:noVBand="1"/>
      </w:tblPr>
      <w:tblGrid>
        <w:gridCol w:w="2263"/>
        <w:gridCol w:w="3402"/>
        <w:gridCol w:w="1276"/>
        <w:gridCol w:w="3139"/>
      </w:tblGrid>
      <w:tr w:rsidR="00763146" w:rsidRPr="00613F5C" w14:paraId="27CF0FD4" w14:textId="77777777" w:rsidTr="00957149">
        <w:trPr>
          <w:trHeight w:val="602"/>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2FBFC197" w14:textId="283D4A4E" w:rsidR="00763146" w:rsidRPr="00EF67A7" w:rsidRDefault="00F92692" w:rsidP="00EF67A7">
            <w:pPr>
              <w:spacing w:after="0"/>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pacing w:val="510"/>
                <w:sz w:val="24"/>
                <w:szCs w:val="24"/>
                <w:fitText w:val="990" w:id="-388109307"/>
              </w:rPr>
              <w:t>氏</w:t>
            </w:r>
            <w:r w:rsidRPr="00EF67A7">
              <w:rPr>
                <w:rFonts w:ascii="BIZ UDPゴシック" w:eastAsia="BIZ UDPゴシック" w:hAnsi="BIZ UDPゴシック"/>
                <w:b/>
                <w:sz w:val="24"/>
                <w:szCs w:val="24"/>
                <w:fitText w:val="990" w:id="-388109307"/>
              </w:rPr>
              <w:t>名</w:t>
            </w:r>
            <w:proofErr w:type="spellEnd"/>
          </w:p>
        </w:tc>
        <w:tc>
          <w:tcPr>
            <w:tcW w:w="3402"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6A7290F3" w14:textId="77777777" w:rsidR="00763146" w:rsidRPr="00EF67A7" w:rsidRDefault="00763146" w:rsidP="00EF67A7">
            <w:pPr>
              <w:spacing w:after="0"/>
              <w:jc w:val="both"/>
              <w:rPr>
                <w:rFonts w:ascii="BIZ UDPゴシック" w:eastAsia="BIZ UDPゴシック" w:hAnsi="BIZ UDPゴシック"/>
                <w:sz w:val="28"/>
                <w:szCs w:val="28"/>
              </w:rPr>
            </w:pPr>
          </w:p>
        </w:tc>
        <w:tc>
          <w:tcPr>
            <w:tcW w:w="1276"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482FA4FA" w14:textId="77777777" w:rsidR="00763146" w:rsidRPr="00EF67A7" w:rsidRDefault="00F92692" w:rsidP="00EF67A7">
            <w:pPr>
              <w:spacing w:after="0"/>
              <w:jc w:val="both"/>
              <w:rPr>
                <w:rFonts w:ascii="BIZ UDPゴシック" w:eastAsia="BIZ UDPゴシック" w:hAnsi="BIZ UDPゴシック"/>
                <w:sz w:val="24"/>
                <w:szCs w:val="24"/>
              </w:rPr>
            </w:pPr>
            <w:r w:rsidRPr="00EF67A7">
              <w:rPr>
                <w:rFonts w:ascii="BIZ UDPゴシック" w:eastAsia="BIZ UDPゴシック" w:hAnsi="BIZ UDPゴシック"/>
                <w:b/>
                <w:spacing w:val="47"/>
                <w:w w:val="95"/>
                <w:sz w:val="24"/>
                <w:szCs w:val="24"/>
                <w:fitText w:val="990" w:id="-388109306"/>
              </w:rPr>
              <w:t>フリガ</w:t>
            </w:r>
            <w:r w:rsidRPr="00EF67A7">
              <w:rPr>
                <w:rFonts w:ascii="BIZ UDPゴシック" w:eastAsia="BIZ UDPゴシック" w:hAnsi="BIZ UDPゴシック"/>
                <w:b/>
                <w:spacing w:val="2"/>
                <w:w w:val="95"/>
                <w:sz w:val="24"/>
                <w:szCs w:val="24"/>
                <w:fitText w:val="990" w:id="-388109306"/>
              </w:rPr>
              <w:t>ナ</w:t>
            </w:r>
          </w:p>
        </w:tc>
        <w:tc>
          <w:tcPr>
            <w:tcW w:w="313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66D8D778" w14:textId="77777777" w:rsidR="00763146" w:rsidRPr="00EF67A7" w:rsidRDefault="00763146" w:rsidP="00EF67A7">
            <w:pPr>
              <w:spacing w:after="0"/>
              <w:jc w:val="both"/>
              <w:rPr>
                <w:rFonts w:ascii="BIZ UDPゴシック" w:eastAsia="BIZ UDPゴシック" w:hAnsi="BIZ UDPゴシック"/>
                <w:sz w:val="28"/>
                <w:szCs w:val="28"/>
              </w:rPr>
            </w:pPr>
          </w:p>
        </w:tc>
      </w:tr>
      <w:tr w:rsidR="00763146" w:rsidRPr="00613F5C" w14:paraId="0E72EABB" w14:textId="77777777" w:rsidTr="00966DC1">
        <w:trPr>
          <w:trHeight w:val="602"/>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4D9F0DCF" w14:textId="77777777" w:rsidR="00763146" w:rsidRPr="00EF67A7" w:rsidRDefault="00F92692" w:rsidP="00EF67A7">
            <w:pPr>
              <w:spacing w:after="0"/>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z w:val="24"/>
                <w:szCs w:val="24"/>
              </w:rPr>
              <w:t>所属施設・団体名</w:t>
            </w:r>
            <w:proofErr w:type="spellEnd"/>
          </w:p>
        </w:tc>
        <w:tc>
          <w:tcPr>
            <w:tcW w:w="7817" w:type="dxa"/>
            <w:gridSpan w:val="3"/>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69E19736" w14:textId="77777777" w:rsidR="00763146" w:rsidRPr="00EF67A7" w:rsidRDefault="00763146" w:rsidP="00EF67A7">
            <w:pPr>
              <w:spacing w:after="0"/>
              <w:jc w:val="both"/>
              <w:rPr>
                <w:rFonts w:ascii="BIZ UDPゴシック" w:eastAsia="BIZ UDPゴシック" w:hAnsi="BIZ UDPゴシック"/>
                <w:sz w:val="28"/>
                <w:szCs w:val="28"/>
              </w:rPr>
            </w:pPr>
          </w:p>
        </w:tc>
      </w:tr>
      <w:tr w:rsidR="00763146" w:rsidRPr="00613F5C" w14:paraId="030433CF" w14:textId="77777777" w:rsidTr="00966DC1">
        <w:trPr>
          <w:trHeight w:val="602"/>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69A3C1ED" w14:textId="77777777" w:rsidR="00763146" w:rsidRPr="00EF67A7" w:rsidRDefault="00F92692" w:rsidP="00EF67A7">
            <w:pPr>
              <w:spacing w:after="0"/>
              <w:jc w:val="both"/>
              <w:rPr>
                <w:rFonts w:ascii="BIZ UDPゴシック" w:eastAsia="BIZ UDPゴシック" w:hAnsi="BIZ UDPゴシック"/>
                <w:sz w:val="24"/>
                <w:szCs w:val="24"/>
              </w:rPr>
            </w:pPr>
            <w:r w:rsidRPr="00EF67A7">
              <w:rPr>
                <w:rFonts w:ascii="BIZ UDPゴシック" w:eastAsia="BIZ UDPゴシック" w:hAnsi="BIZ UDPゴシック"/>
                <w:b/>
                <w:sz w:val="24"/>
                <w:szCs w:val="24"/>
              </w:rPr>
              <w:t>部署名・職種</w:t>
            </w:r>
          </w:p>
        </w:tc>
        <w:tc>
          <w:tcPr>
            <w:tcW w:w="7817" w:type="dxa"/>
            <w:gridSpan w:val="3"/>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4A539191" w14:textId="77777777" w:rsidR="00763146" w:rsidRPr="00EF67A7" w:rsidRDefault="00763146" w:rsidP="00EF67A7">
            <w:pPr>
              <w:spacing w:after="0"/>
              <w:jc w:val="both"/>
              <w:rPr>
                <w:rFonts w:ascii="BIZ UDPゴシック" w:eastAsia="BIZ UDPゴシック" w:hAnsi="BIZ UDPゴシック"/>
                <w:sz w:val="28"/>
                <w:szCs w:val="28"/>
              </w:rPr>
            </w:pPr>
          </w:p>
        </w:tc>
      </w:tr>
      <w:tr w:rsidR="00763146" w:rsidRPr="00613F5C" w14:paraId="0CB06514" w14:textId="77777777" w:rsidTr="00966DC1">
        <w:trPr>
          <w:trHeight w:val="602"/>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53442E4A" w14:textId="2A48DDF0" w:rsidR="00763146" w:rsidRPr="00EF67A7" w:rsidRDefault="00F92692" w:rsidP="00EF67A7">
            <w:pPr>
              <w:spacing w:after="0"/>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pacing w:val="36"/>
                <w:sz w:val="24"/>
                <w:szCs w:val="24"/>
                <w:fitText w:val="990" w:id="-388109308"/>
              </w:rPr>
              <w:t>電</w:t>
            </w:r>
            <w:r w:rsidRPr="00EF67A7">
              <w:rPr>
                <w:rFonts w:ascii="BIZ UDPゴシック" w:eastAsia="BIZ UDPゴシック" w:hAnsi="BIZ UDPゴシック"/>
                <w:b/>
                <w:sz w:val="24"/>
                <w:szCs w:val="24"/>
                <w:fitText w:val="990" w:id="-388109308"/>
              </w:rPr>
              <w:t>話番</w:t>
            </w:r>
            <w:proofErr w:type="spellEnd"/>
            <w:r w:rsidR="00FE2CE5" w:rsidRPr="00EF67A7">
              <w:rPr>
                <w:rFonts w:ascii="BIZ UDPゴシック" w:eastAsia="BIZ UDPゴシック" w:hAnsi="BIZ UDPゴシック" w:hint="eastAsia"/>
                <w:b/>
                <w:sz w:val="24"/>
                <w:szCs w:val="24"/>
                <w:fitText w:val="990" w:id="-388109308"/>
                <w:lang w:eastAsia="ja-JP"/>
              </w:rPr>
              <w:t>号</w:t>
            </w:r>
          </w:p>
        </w:tc>
        <w:tc>
          <w:tcPr>
            <w:tcW w:w="7817" w:type="dxa"/>
            <w:gridSpan w:val="3"/>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79B0BF86" w14:textId="77777777" w:rsidR="00763146" w:rsidRPr="00EF67A7" w:rsidRDefault="00763146" w:rsidP="00EF67A7">
            <w:pPr>
              <w:spacing w:after="0"/>
              <w:jc w:val="both"/>
              <w:rPr>
                <w:rFonts w:ascii="BIZ UDPゴシック" w:eastAsia="BIZ UDPゴシック" w:hAnsi="BIZ UDPゴシック"/>
                <w:sz w:val="28"/>
                <w:szCs w:val="28"/>
              </w:rPr>
            </w:pPr>
          </w:p>
        </w:tc>
      </w:tr>
      <w:tr w:rsidR="00763146" w:rsidRPr="00613F5C" w14:paraId="1EBB801F" w14:textId="77777777" w:rsidTr="00966DC1">
        <w:trPr>
          <w:trHeight w:val="602"/>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66226B3B" w14:textId="77777777" w:rsidR="00763146" w:rsidRPr="00EF67A7" w:rsidRDefault="00F92692" w:rsidP="00EF67A7">
            <w:pPr>
              <w:spacing w:after="0"/>
              <w:jc w:val="both"/>
              <w:rPr>
                <w:rFonts w:ascii="BIZ UDPゴシック" w:eastAsia="BIZ UDPゴシック" w:hAnsi="BIZ UDPゴシック"/>
                <w:sz w:val="24"/>
                <w:szCs w:val="24"/>
              </w:rPr>
            </w:pPr>
            <w:r w:rsidRPr="00EF67A7">
              <w:rPr>
                <w:rFonts w:ascii="BIZ UDPゴシック" w:eastAsia="BIZ UDPゴシック" w:hAnsi="BIZ UDPゴシック"/>
                <w:b/>
                <w:spacing w:val="30"/>
                <w:sz w:val="24"/>
                <w:szCs w:val="24"/>
                <w:fitText w:val="990" w:id="-388109309"/>
              </w:rPr>
              <w:t>E-mai</w:t>
            </w:r>
            <w:r w:rsidRPr="00EF67A7">
              <w:rPr>
                <w:rFonts w:ascii="BIZ UDPゴシック" w:eastAsia="BIZ UDPゴシック" w:hAnsi="BIZ UDPゴシック"/>
                <w:b/>
                <w:spacing w:val="5"/>
                <w:sz w:val="24"/>
                <w:szCs w:val="24"/>
                <w:fitText w:val="990" w:id="-388109309"/>
              </w:rPr>
              <w:t>l</w:t>
            </w:r>
          </w:p>
        </w:tc>
        <w:tc>
          <w:tcPr>
            <w:tcW w:w="7817" w:type="dxa"/>
            <w:gridSpan w:val="3"/>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5178B4C3" w14:textId="77777777" w:rsidR="00763146" w:rsidRPr="00EF67A7" w:rsidRDefault="00763146" w:rsidP="00613F5C">
            <w:pPr>
              <w:spacing w:after="0"/>
              <w:jc w:val="both"/>
              <w:rPr>
                <w:rFonts w:ascii="BIZ UDPゴシック" w:eastAsia="BIZ UDPゴシック" w:hAnsi="BIZ UDPゴシック"/>
                <w:sz w:val="28"/>
                <w:szCs w:val="28"/>
              </w:rPr>
            </w:pPr>
          </w:p>
        </w:tc>
      </w:tr>
      <w:tr w:rsidR="00763146" w:rsidRPr="00613F5C" w14:paraId="7D87F68B" w14:textId="77777777" w:rsidTr="00966DC1">
        <w:trPr>
          <w:trHeight w:val="1166"/>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1A2EF297" w14:textId="77777777" w:rsidR="00763146" w:rsidRPr="00EF67A7" w:rsidRDefault="00F92692" w:rsidP="00EF67A7">
            <w:pPr>
              <w:spacing w:after="0"/>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z w:val="24"/>
                <w:szCs w:val="24"/>
              </w:rPr>
              <w:t>資材送付先住所</w:t>
            </w:r>
            <w:proofErr w:type="spellEnd"/>
          </w:p>
        </w:tc>
        <w:tc>
          <w:tcPr>
            <w:tcW w:w="7817" w:type="dxa"/>
            <w:gridSpan w:val="3"/>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tcPr>
          <w:p w14:paraId="3F09E094" w14:textId="77777777" w:rsidR="00763146" w:rsidRDefault="00F92692" w:rsidP="00613F5C">
            <w:pPr>
              <w:spacing w:after="0"/>
              <w:rPr>
                <w:rFonts w:ascii="BIZ UDPゴシック" w:eastAsia="BIZ UDPゴシック" w:hAnsi="BIZ UDPゴシック"/>
                <w:sz w:val="28"/>
                <w:szCs w:val="28"/>
                <w:lang w:eastAsia="ja-JP"/>
              </w:rPr>
            </w:pPr>
            <w:r w:rsidRPr="00EF67A7">
              <w:rPr>
                <w:rFonts w:ascii="BIZ UDPゴシック" w:eastAsia="BIZ UDPゴシック" w:hAnsi="BIZ UDPゴシック"/>
                <w:sz w:val="28"/>
                <w:szCs w:val="28"/>
              </w:rPr>
              <w:t>〒</w:t>
            </w:r>
          </w:p>
          <w:p w14:paraId="161D4FB8" w14:textId="16D5883A" w:rsidR="00EF67A7" w:rsidRPr="00EF67A7" w:rsidRDefault="00EF67A7" w:rsidP="00613F5C">
            <w:pPr>
              <w:spacing w:after="0"/>
              <w:rPr>
                <w:rFonts w:ascii="BIZ UDPゴシック" w:eastAsia="BIZ UDPゴシック" w:hAnsi="BIZ UDPゴシック"/>
                <w:sz w:val="28"/>
                <w:szCs w:val="28"/>
                <w:lang w:eastAsia="ja-JP"/>
              </w:rPr>
            </w:pPr>
          </w:p>
        </w:tc>
      </w:tr>
    </w:tbl>
    <w:p w14:paraId="640A353E" w14:textId="77777777" w:rsidR="00763146" w:rsidRPr="00613F5C" w:rsidRDefault="00F92692" w:rsidP="00EF67A7">
      <w:pPr>
        <w:spacing w:beforeLines="150" w:before="360" w:afterLines="50" w:after="120"/>
        <w:rPr>
          <w:rFonts w:ascii="BIZ UDPゴシック" w:eastAsia="BIZ UDPゴシック" w:hAnsi="BIZ UDPゴシック"/>
        </w:rPr>
      </w:pPr>
      <w:r w:rsidRPr="00613F5C">
        <w:rPr>
          <w:rFonts w:ascii="BIZ UDPゴシック" w:eastAsia="BIZ UDPゴシック" w:hAnsi="BIZ UDPゴシック"/>
          <w:b/>
          <w:color w:val="1B365D"/>
          <w:sz w:val="26"/>
        </w:rPr>
        <w:t xml:space="preserve">2. </w:t>
      </w:r>
      <w:proofErr w:type="spellStart"/>
      <w:r w:rsidRPr="00613F5C">
        <w:rPr>
          <w:rFonts w:ascii="BIZ UDPゴシック" w:eastAsia="BIZ UDPゴシック" w:hAnsi="BIZ UDPゴシック"/>
          <w:b/>
          <w:color w:val="1B365D"/>
          <w:sz w:val="26"/>
        </w:rPr>
        <w:t>活動・イベント概要</w:t>
      </w:r>
      <w:proofErr w:type="spellEnd"/>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4A0" w:firstRow="1" w:lastRow="0" w:firstColumn="1" w:lastColumn="0" w:noHBand="0" w:noVBand="1"/>
      </w:tblPr>
      <w:tblGrid>
        <w:gridCol w:w="2263"/>
        <w:gridCol w:w="7817"/>
      </w:tblGrid>
      <w:tr w:rsidR="00763146" w:rsidRPr="00613F5C" w14:paraId="4DEE21E1" w14:textId="77777777" w:rsidTr="00966DC1">
        <w:trPr>
          <w:trHeight w:val="648"/>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76A98A60" w14:textId="77777777" w:rsidR="00763146" w:rsidRPr="00EF67A7" w:rsidRDefault="00F92692" w:rsidP="00EF67A7">
            <w:pPr>
              <w:spacing w:after="0" w:line="480" w:lineRule="auto"/>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z w:val="24"/>
                <w:szCs w:val="24"/>
              </w:rPr>
              <w:t>活動・イベント名称</w:t>
            </w:r>
            <w:proofErr w:type="spellEnd"/>
          </w:p>
        </w:tc>
        <w:tc>
          <w:tcPr>
            <w:tcW w:w="7817"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612E7291" w14:textId="77777777" w:rsidR="00763146" w:rsidRPr="00EF67A7" w:rsidRDefault="00763146" w:rsidP="00EF67A7">
            <w:pPr>
              <w:spacing w:after="0" w:line="360" w:lineRule="auto"/>
              <w:jc w:val="both"/>
              <w:rPr>
                <w:rFonts w:ascii="BIZ UDPゴシック" w:eastAsia="BIZ UDPゴシック" w:hAnsi="BIZ UDPゴシック"/>
                <w:sz w:val="24"/>
                <w:szCs w:val="24"/>
              </w:rPr>
            </w:pPr>
          </w:p>
        </w:tc>
      </w:tr>
      <w:tr w:rsidR="00763146" w:rsidRPr="00613F5C" w14:paraId="562A33E2" w14:textId="77777777" w:rsidTr="00966DC1">
        <w:trPr>
          <w:trHeight w:val="648"/>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4396A295" w14:textId="77777777" w:rsidR="00763146" w:rsidRPr="00EF67A7" w:rsidRDefault="00F92692" w:rsidP="00EF67A7">
            <w:pPr>
              <w:spacing w:after="0" w:line="480" w:lineRule="auto"/>
              <w:jc w:val="both"/>
              <w:rPr>
                <w:rFonts w:ascii="BIZ UDPゴシック" w:eastAsia="BIZ UDPゴシック" w:hAnsi="BIZ UDPゴシック"/>
                <w:sz w:val="24"/>
                <w:szCs w:val="24"/>
              </w:rPr>
            </w:pPr>
            <w:r w:rsidRPr="00EF67A7">
              <w:rPr>
                <w:rFonts w:ascii="BIZ UDPゴシック" w:eastAsia="BIZ UDPゴシック" w:hAnsi="BIZ UDPゴシック"/>
                <w:b/>
                <w:sz w:val="24"/>
                <w:szCs w:val="24"/>
              </w:rPr>
              <w:t>実施日時・期間</w:t>
            </w:r>
          </w:p>
        </w:tc>
        <w:tc>
          <w:tcPr>
            <w:tcW w:w="7817"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71BB405D" w14:textId="553BA60A" w:rsidR="00763146" w:rsidRDefault="00F92692" w:rsidP="00966DC1">
            <w:pPr>
              <w:spacing w:after="0" w:line="240" w:lineRule="auto"/>
              <w:jc w:val="both"/>
              <w:rPr>
                <w:rFonts w:ascii="BIZ UDPゴシック" w:eastAsia="BIZ UDPゴシック" w:hAnsi="BIZ UDPゴシック"/>
                <w:sz w:val="24"/>
                <w:szCs w:val="24"/>
                <w:lang w:eastAsia="ja-JP"/>
              </w:rPr>
            </w:pPr>
            <w:proofErr w:type="spellStart"/>
            <w:r w:rsidRPr="00EF67A7">
              <w:rPr>
                <w:rFonts w:ascii="BIZ UDPゴシック" w:eastAsia="BIZ UDPゴシック" w:hAnsi="BIZ UDPゴシック"/>
                <w:sz w:val="24"/>
                <w:szCs w:val="24"/>
              </w:rPr>
              <w:t>令和</w:t>
            </w:r>
            <w:proofErr w:type="spellEnd"/>
            <w:r w:rsidRPr="00EF67A7">
              <w:rPr>
                <w:rFonts w:ascii="BIZ UDPゴシック" w:eastAsia="BIZ UDPゴシック" w:hAnsi="BIZ UDPゴシック"/>
                <w:sz w:val="24"/>
                <w:szCs w:val="24"/>
              </w:rPr>
              <w:t xml:space="preserve">　</w:t>
            </w:r>
            <w:r w:rsidR="006B7D7A" w:rsidRPr="00EF67A7">
              <w:rPr>
                <w:rFonts w:ascii="BIZ UDPゴシック" w:eastAsia="BIZ UDPゴシック" w:hAnsi="BIZ UDPゴシック" w:hint="eastAsia"/>
                <w:sz w:val="24"/>
                <w:szCs w:val="24"/>
                <w:lang w:eastAsia="ja-JP"/>
              </w:rPr>
              <w:t xml:space="preserve">　</w:t>
            </w:r>
            <w:r w:rsidR="00957149">
              <w:rPr>
                <w:rFonts w:ascii="BIZ UDPゴシック" w:eastAsia="BIZ UDPゴシック" w:hAnsi="BIZ UDPゴシック" w:hint="eastAsia"/>
                <w:sz w:val="24"/>
                <w:szCs w:val="24"/>
                <w:lang w:eastAsia="ja-JP"/>
              </w:rPr>
              <w:t xml:space="preserve"> </w:t>
            </w:r>
            <w:r w:rsidR="00613F5C" w:rsidRPr="00EF67A7">
              <w:rPr>
                <w:rFonts w:ascii="BIZ UDPゴシック" w:eastAsia="BIZ UDPゴシック" w:hAnsi="BIZ UDPゴシック" w:hint="eastAsia"/>
                <w:sz w:val="24"/>
                <w:szCs w:val="24"/>
                <w:lang w:eastAsia="ja-JP"/>
              </w:rPr>
              <w:t xml:space="preserve">　</w:t>
            </w:r>
            <w:r w:rsidRPr="00EF67A7">
              <w:rPr>
                <w:rFonts w:ascii="BIZ UDPゴシック" w:eastAsia="BIZ UDPゴシック" w:hAnsi="BIZ UDPゴシック"/>
                <w:sz w:val="24"/>
                <w:szCs w:val="24"/>
              </w:rPr>
              <w:t xml:space="preserve">　年　</w:t>
            </w:r>
            <w:r w:rsidR="006B7D7A" w:rsidRPr="00EF67A7">
              <w:rPr>
                <w:rFonts w:ascii="BIZ UDPゴシック" w:eastAsia="BIZ UDPゴシック" w:hAnsi="BIZ UDPゴシック" w:hint="eastAsia"/>
                <w:sz w:val="24"/>
                <w:szCs w:val="24"/>
                <w:lang w:eastAsia="ja-JP"/>
              </w:rPr>
              <w:t xml:space="preserve">　　</w:t>
            </w:r>
            <w:r w:rsidRPr="00EF67A7">
              <w:rPr>
                <w:rFonts w:ascii="BIZ UDPゴシック" w:eastAsia="BIZ UDPゴシック" w:hAnsi="BIZ UDPゴシック"/>
                <w:sz w:val="24"/>
                <w:szCs w:val="24"/>
              </w:rPr>
              <w:t xml:space="preserve">　</w:t>
            </w:r>
            <w:r w:rsidR="00957149">
              <w:rPr>
                <w:rFonts w:ascii="BIZ UDPゴシック" w:eastAsia="BIZ UDPゴシック" w:hAnsi="BIZ UDPゴシック" w:hint="eastAsia"/>
                <w:sz w:val="24"/>
                <w:szCs w:val="24"/>
                <w:lang w:eastAsia="ja-JP"/>
              </w:rPr>
              <w:t xml:space="preserve"> </w:t>
            </w:r>
            <w:r w:rsidRPr="00EF67A7">
              <w:rPr>
                <w:rFonts w:ascii="BIZ UDPゴシック" w:eastAsia="BIZ UDPゴシック" w:hAnsi="BIZ UDPゴシック"/>
                <w:sz w:val="24"/>
                <w:szCs w:val="24"/>
              </w:rPr>
              <w:t xml:space="preserve">月　</w:t>
            </w:r>
            <w:r w:rsidR="006B7D7A" w:rsidRPr="00EF67A7">
              <w:rPr>
                <w:rFonts w:ascii="BIZ UDPゴシック" w:eastAsia="BIZ UDPゴシック" w:hAnsi="BIZ UDPゴシック" w:hint="eastAsia"/>
                <w:sz w:val="24"/>
                <w:szCs w:val="24"/>
                <w:lang w:eastAsia="ja-JP"/>
              </w:rPr>
              <w:t xml:space="preserve">　　</w:t>
            </w:r>
            <w:r w:rsidR="00957149">
              <w:rPr>
                <w:rFonts w:ascii="BIZ UDPゴシック" w:eastAsia="BIZ UDPゴシック" w:hAnsi="BIZ UDPゴシック" w:hint="eastAsia"/>
                <w:sz w:val="24"/>
                <w:szCs w:val="24"/>
                <w:lang w:eastAsia="ja-JP"/>
              </w:rPr>
              <w:t xml:space="preserve"> </w:t>
            </w:r>
            <w:r w:rsidRPr="00EF67A7">
              <w:rPr>
                <w:rFonts w:ascii="BIZ UDPゴシック" w:eastAsia="BIZ UDPゴシック" w:hAnsi="BIZ UDPゴシック"/>
                <w:sz w:val="24"/>
                <w:szCs w:val="24"/>
              </w:rPr>
              <w:t xml:space="preserve">　日</w:t>
            </w:r>
            <w:r w:rsidR="00957149">
              <w:rPr>
                <w:rFonts w:ascii="BIZ UDPゴシック" w:eastAsia="BIZ UDPゴシック" w:hAnsi="BIZ UDPゴシック" w:hint="eastAsia"/>
                <w:sz w:val="24"/>
                <w:szCs w:val="24"/>
                <w:lang w:eastAsia="ja-JP"/>
              </w:rPr>
              <w:t xml:space="preserve">（ </w:t>
            </w:r>
            <w:r w:rsidR="00957149">
              <w:rPr>
                <w:rFonts w:ascii="BIZ UDPゴシック" w:eastAsia="BIZ UDPゴシック" w:hAnsi="BIZ UDPゴシック"/>
                <w:sz w:val="24"/>
                <w:szCs w:val="24"/>
                <w:lang w:eastAsia="ja-JP"/>
              </w:rPr>
              <w:t xml:space="preserve">        </w:t>
            </w:r>
            <w:r w:rsidR="00957149">
              <w:rPr>
                <w:rFonts w:ascii="BIZ UDPゴシック" w:eastAsia="BIZ UDPゴシック" w:hAnsi="BIZ UDPゴシック" w:hint="eastAsia"/>
                <w:sz w:val="24"/>
                <w:szCs w:val="24"/>
                <w:lang w:eastAsia="ja-JP"/>
              </w:rPr>
              <w:t>）</w:t>
            </w:r>
          </w:p>
          <w:p w14:paraId="04E812E9" w14:textId="02B841A6" w:rsidR="00957149" w:rsidRPr="00EF67A7" w:rsidRDefault="00957149" w:rsidP="00966DC1">
            <w:pPr>
              <w:spacing w:after="0" w:line="240" w:lineRule="auto"/>
              <w:jc w:val="both"/>
              <w:rPr>
                <w:rFonts w:ascii="BIZ UDPゴシック" w:eastAsia="BIZ UDPゴシック" w:hAnsi="BIZ UDPゴシック"/>
                <w:sz w:val="24"/>
                <w:szCs w:val="24"/>
                <w:lang w:eastAsia="ja-JP"/>
              </w:rPr>
            </w:pPr>
          </w:p>
        </w:tc>
      </w:tr>
      <w:tr w:rsidR="00763146" w:rsidRPr="00613F5C" w14:paraId="7FB26C09" w14:textId="77777777" w:rsidTr="00966DC1">
        <w:trPr>
          <w:trHeight w:val="648"/>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2C154AA2" w14:textId="77777777" w:rsidR="00763146" w:rsidRPr="00EF67A7" w:rsidRDefault="00F92692" w:rsidP="00EF67A7">
            <w:pPr>
              <w:spacing w:after="0" w:line="480" w:lineRule="auto"/>
              <w:jc w:val="both"/>
              <w:rPr>
                <w:rFonts w:ascii="BIZ UDPゴシック" w:eastAsia="BIZ UDPゴシック" w:hAnsi="BIZ UDPゴシック"/>
                <w:sz w:val="24"/>
                <w:szCs w:val="24"/>
              </w:rPr>
            </w:pPr>
            <w:r w:rsidRPr="00EF67A7">
              <w:rPr>
                <w:rFonts w:ascii="BIZ UDPゴシック" w:eastAsia="BIZ UDPゴシック" w:hAnsi="BIZ UDPゴシック"/>
                <w:b/>
                <w:spacing w:val="36"/>
                <w:sz w:val="24"/>
                <w:szCs w:val="24"/>
                <w:fitText w:val="990" w:id="-388106751"/>
              </w:rPr>
              <w:t>実</w:t>
            </w:r>
            <w:r w:rsidRPr="00EF67A7">
              <w:rPr>
                <w:rFonts w:ascii="BIZ UDPゴシック" w:eastAsia="BIZ UDPゴシック" w:hAnsi="BIZ UDPゴシック"/>
                <w:b/>
                <w:sz w:val="24"/>
                <w:szCs w:val="24"/>
                <w:fitText w:val="990" w:id="-388106751"/>
              </w:rPr>
              <w:t>施場所</w:t>
            </w:r>
          </w:p>
        </w:tc>
        <w:tc>
          <w:tcPr>
            <w:tcW w:w="7817"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47DCE10C" w14:textId="77777777" w:rsidR="00763146" w:rsidRPr="00EF67A7" w:rsidRDefault="00763146" w:rsidP="00EF67A7">
            <w:pPr>
              <w:spacing w:after="0" w:line="360" w:lineRule="auto"/>
              <w:jc w:val="both"/>
              <w:rPr>
                <w:rFonts w:ascii="BIZ UDPゴシック" w:eastAsia="BIZ UDPゴシック" w:hAnsi="BIZ UDPゴシック"/>
                <w:sz w:val="24"/>
                <w:szCs w:val="24"/>
              </w:rPr>
            </w:pPr>
          </w:p>
        </w:tc>
      </w:tr>
      <w:tr w:rsidR="00763146" w:rsidRPr="00613F5C" w14:paraId="5E5EFB99" w14:textId="77777777" w:rsidTr="00966DC1">
        <w:trPr>
          <w:trHeight w:val="2061"/>
          <w:jc w:val="center"/>
        </w:trPr>
        <w:tc>
          <w:tcPr>
            <w:tcW w:w="2263"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F2F2F2"/>
            <w:tcMar>
              <w:top w:w="120" w:type="dxa"/>
              <w:left w:w="150" w:type="dxa"/>
              <w:bottom w:w="120" w:type="dxa"/>
              <w:right w:w="150" w:type="dxa"/>
            </w:tcMar>
          </w:tcPr>
          <w:p w14:paraId="7AE79DEF" w14:textId="77777777" w:rsidR="00763146" w:rsidRPr="00EF67A7" w:rsidRDefault="00F92692" w:rsidP="00EF67A7">
            <w:pPr>
              <w:spacing w:after="0" w:line="480" w:lineRule="auto"/>
              <w:jc w:val="both"/>
              <w:rPr>
                <w:rFonts w:ascii="BIZ UDPゴシック" w:eastAsia="BIZ UDPゴシック" w:hAnsi="BIZ UDPゴシック"/>
                <w:sz w:val="24"/>
                <w:szCs w:val="24"/>
              </w:rPr>
            </w:pPr>
            <w:proofErr w:type="spellStart"/>
            <w:r w:rsidRPr="00EF67A7">
              <w:rPr>
                <w:rFonts w:ascii="BIZ UDPゴシック" w:eastAsia="BIZ UDPゴシック" w:hAnsi="BIZ UDPゴシック"/>
                <w:b/>
                <w:spacing w:val="36"/>
                <w:sz w:val="24"/>
                <w:szCs w:val="24"/>
                <w:fitText w:val="990" w:id="-388106752"/>
              </w:rPr>
              <w:t>活</w:t>
            </w:r>
            <w:r w:rsidRPr="00EF67A7">
              <w:rPr>
                <w:rFonts w:ascii="BIZ UDPゴシック" w:eastAsia="BIZ UDPゴシック" w:hAnsi="BIZ UDPゴシック"/>
                <w:b/>
                <w:sz w:val="24"/>
                <w:szCs w:val="24"/>
                <w:fitText w:val="990" w:id="-388106752"/>
              </w:rPr>
              <w:t>動内容</w:t>
            </w:r>
            <w:proofErr w:type="spellEnd"/>
          </w:p>
        </w:tc>
        <w:tc>
          <w:tcPr>
            <w:tcW w:w="7817"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Mar>
              <w:top w:w="120" w:type="dxa"/>
              <w:left w:w="150" w:type="dxa"/>
              <w:bottom w:w="120" w:type="dxa"/>
              <w:right w:w="150" w:type="dxa"/>
            </w:tcMar>
            <w:vAlign w:val="center"/>
          </w:tcPr>
          <w:p w14:paraId="22A2E604" w14:textId="77777777" w:rsidR="00763146" w:rsidRPr="00EF67A7" w:rsidRDefault="00F92692" w:rsidP="00EF67A7">
            <w:pPr>
              <w:spacing w:after="0" w:line="360" w:lineRule="auto"/>
              <w:jc w:val="both"/>
              <w:rPr>
                <w:rFonts w:ascii="BIZ UDPゴシック" w:eastAsia="BIZ UDPゴシック" w:hAnsi="BIZ UDPゴシック"/>
                <w:sz w:val="24"/>
                <w:szCs w:val="24"/>
              </w:rPr>
            </w:pPr>
            <w:r w:rsidRPr="00EF67A7">
              <w:rPr>
                <w:rFonts w:ascii="BIZ UDPゴシック" w:eastAsia="BIZ UDPゴシック" w:hAnsi="BIZ UDPゴシック"/>
                <w:sz w:val="24"/>
                <w:szCs w:val="24"/>
              </w:rPr>
              <w:br/>
            </w:r>
            <w:r w:rsidRPr="00EF67A7">
              <w:rPr>
                <w:rFonts w:ascii="BIZ UDPゴシック" w:eastAsia="BIZ UDPゴシック" w:hAnsi="BIZ UDPゴシック"/>
                <w:sz w:val="24"/>
                <w:szCs w:val="24"/>
              </w:rPr>
              <w:br/>
            </w:r>
          </w:p>
        </w:tc>
      </w:tr>
    </w:tbl>
    <w:p w14:paraId="436E8012" w14:textId="77777777" w:rsidR="00763146" w:rsidRPr="00613F5C" w:rsidRDefault="00F92692" w:rsidP="00966DC1">
      <w:pPr>
        <w:spacing w:beforeLines="100" w:before="240" w:after="0"/>
        <w:jc w:val="center"/>
        <w:rPr>
          <w:rFonts w:ascii="BIZ UDPゴシック" w:eastAsia="BIZ UDPゴシック" w:hAnsi="BIZ UDPゴシック"/>
        </w:rPr>
      </w:pPr>
      <w:proofErr w:type="spellStart"/>
      <w:r w:rsidRPr="00AB65A5">
        <w:rPr>
          <w:rFonts w:ascii="BIZ UDPゴシック" w:eastAsia="BIZ UDPゴシック" w:hAnsi="BIZ UDPゴシック"/>
          <w:b/>
          <w:color w:val="1B365D"/>
          <w:spacing w:val="240"/>
          <w:sz w:val="36"/>
          <w:fitText w:val="2160" w:id="-387972352"/>
        </w:rPr>
        <w:lastRenderedPageBreak/>
        <w:t>資材明</w:t>
      </w:r>
      <w:r w:rsidRPr="00AB65A5">
        <w:rPr>
          <w:rFonts w:ascii="BIZ UDPゴシック" w:eastAsia="BIZ UDPゴシック" w:hAnsi="BIZ UDPゴシック"/>
          <w:b/>
          <w:color w:val="1B365D"/>
          <w:sz w:val="36"/>
          <w:fitText w:val="2160" w:id="-387972352"/>
        </w:rPr>
        <w:t>細</w:t>
      </w:r>
      <w:proofErr w:type="spellEnd"/>
    </w:p>
    <w:p w14:paraId="01340ABC" w14:textId="09F7513E" w:rsidR="00763146" w:rsidRPr="00966DC1" w:rsidRDefault="00EF67A7" w:rsidP="00966DC1">
      <w:pPr>
        <w:spacing w:beforeLines="100" w:before="240" w:afterLines="50" w:after="120" w:line="240" w:lineRule="auto"/>
        <w:jc w:val="center"/>
        <w:rPr>
          <w:rFonts w:ascii="BIZ UDPゴシック" w:eastAsia="BIZ UDPゴシック" w:hAnsi="BIZ UDPゴシック"/>
          <w:sz w:val="24"/>
          <w:szCs w:val="24"/>
          <w:lang w:eastAsia="ja-JP"/>
        </w:rPr>
      </w:pPr>
      <w:r>
        <w:rPr>
          <w:rFonts w:ascii="BIZ UDPゴシック" w:eastAsia="BIZ UDPゴシック" w:hAnsi="BIZ UDPゴシック" w:hint="eastAsia"/>
          <w:b/>
          <w:lang w:eastAsia="ja-JP"/>
        </w:rPr>
        <w:t xml:space="preserve">　　　　　　　　　　　　　　　　　　</w:t>
      </w:r>
      <w:r w:rsidRPr="00966DC1">
        <w:rPr>
          <w:rFonts w:ascii="BIZ UDPゴシック" w:eastAsia="BIZ UDPゴシック" w:hAnsi="BIZ UDPゴシック" w:hint="eastAsia"/>
          <w:b/>
          <w:sz w:val="24"/>
          <w:szCs w:val="24"/>
          <w:lang w:eastAsia="ja-JP"/>
        </w:rPr>
        <w:t>◇</w:t>
      </w:r>
      <w:r w:rsidR="00F92692" w:rsidRPr="00966DC1">
        <w:rPr>
          <w:rFonts w:ascii="BIZ UDPゴシック" w:eastAsia="BIZ UDPゴシック" w:hAnsi="BIZ UDPゴシック"/>
          <w:b/>
          <w:sz w:val="24"/>
          <w:szCs w:val="24"/>
          <w:lang w:eastAsia="ja-JP"/>
        </w:rPr>
        <w:t xml:space="preserve"> </w:t>
      </w:r>
      <w:r w:rsidR="00F92692" w:rsidRPr="00CC1A98">
        <w:rPr>
          <w:rFonts w:ascii="BIZ UDPゴシック" w:eastAsia="BIZ UDPゴシック" w:hAnsi="BIZ UDPゴシック"/>
          <w:b/>
          <w:spacing w:val="23"/>
          <w:sz w:val="24"/>
          <w:szCs w:val="24"/>
          <w:fitText w:val="1560" w:id="-387963904"/>
          <w:lang w:eastAsia="ja-JP"/>
        </w:rPr>
        <w:t>物品の</w:t>
      </w:r>
      <w:r w:rsidRPr="00CC1A98">
        <w:rPr>
          <w:rFonts w:ascii="BIZ UDPゴシック" w:eastAsia="BIZ UDPゴシック" w:hAnsi="BIZ UDPゴシック" w:hint="eastAsia"/>
          <w:b/>
          <w:spacing w:val="23"/>
          <w:sz w:val="24"/>
          <w:szCs w:val="24"/>
          <w:fitText w:val="1560" w:id="-387963904"/>
          <w:lang w:eastAsia="ja-JP"/>
        </w:rPr>
        <w:t>発送</w:t>
      </w:r>
      <w:r w:rsidR="00F92692" w:rsidRPr="00CC1A98">
        <w:rPr>
          <w:rFonts w:ascii="BIZ UDPゴシック" w:eastAsia="BIZ UDPゴシック" w:hAnsi="BIZ UDPゴシック"/>
          <w:b/>
          <w:spacing w:val="6"/>
          <w:sz w:val="24"/>
          <w:szCs w:val="24"/>
          <w:fitText w:val="1560" w:id="-387963904"/>
          <w:lang w:eastAsia="ja-JP"/>
        </w:rPr>
        <w:t>日</w:t>
      </w:r>
      <w:r w:rsidR="00F92692" w:rsidRPr="00966DC1">
        <w:rPr>
          <w:rFonts w:ascii="BIZ UDPゴシック" w:eastAsia="BIZ UDPゴシック" w:hAnsi="BIZ UDPゴシック"/>
          <w:b/>
          <w:sz w:val="24"/>
          <w:szCs w:val="24"/>
          <w:lang w:eastAsia="ja-JP"/>
        </w:rPr>
        <w:t>（</w:t>
      </w:r>
      <w:r w:rsidRPr="00966DC1">
        <w:rPr>
          <w:rFonts w:ascii="BIZ UDPゴシック" w:eastAsia="BIZ UDPゴシック" w:hAnsi="BIZ UDPゴシック" w:hint="eastAsia"/>
          <w:b/>
          <w:sz w:val="24"/>
          <w:szCs w:val="24"/>
          <w:lang w:eastAsia="ja-JP"/>
        </w:rPr>
        <w:t>当センター記入</w:t>
      </w:r>
      <w:r w:rsidR="00F92692" w:rsidRPr="00966DC1">
        <w:rPr>
          <w:rFonts w:ascii="BIZ UDPゴシック" w:eastAsia="BIZ UDPゴシック" w:hAnsi="BIZ UDPゴシック"/>
          <w:b/>
          <w:sz w:val="24"/>
          <w:szCs w:val="24"/>
          <w:lang w:eastAsia="ja-JP"/>
        </w:rPr>
        <w:t xml:space="preserve">）  </w:t>
      </w:r>
      <w:r w:rsidR="00F92692" w:rsidRPr="00966DC1">
        <w:rPr>
          <w:rFonts w:ascii="BIZ UDPゴシック" w:eastAsia="BIZ UDPゴシック" w:hAnsi="BIZ UDPゴシック"/>
          <w:sz w:val="24"/>
          <w:szCs w:val="24"/>
          <w:lang w:eastAsia="ja-JP"/>
        </w:rPr>
        <w:t xml:space="preserve">令和　</w:t>
      </w:r>
      <w:r w:rsidRPr="00966DC1">
        <w:rPr>
          <w:rFonts w:ascii="BIZ UDPゴシック" w:eastAsia="BIZ UDPゴシック" w:hAnsi="BIZ UDPゴシック" w:hint="eastAsia"/>
          <w:sz w:val="24"/>
          <w:szCs w:val="24"/>
          <w:lang w:eastAsia="ja-JP"/>
        </w:rPr>
        <w:t xml:space="preserve">　　</w:t>
      </w:r>
      <w:r w:rsidR="00F92692" w:rsidRPr="00966DC1">
        <w:rPr>
          <w:rFonts w:ascii="BIZ UDPゴシック" w:eastAsia="BIZ UDPゴシック" w:hAnsi="BIZ UDPゴシック"/>
          <w:sz w:val="24"/>
          <w:szCs w:val="24"/>
          <w:lang w:eastAsia="ja-JP"/>
        </w:rPr>
        <w:t xml:space="preserve">　年　</w:t>
      </w:r>
      <w:r w:rsidRPr="00966DC1">
        <w:rPr>
          <w:rFonts w:ascii="BIZ UDPゴシック" w:eastAsia="BIZ UDPゴシック" w:hAnsi="BIZ UDPゴシック" w:hint="eastAsia"/>
          <w:sz w:val="24"/>
          <w:szCs w:val="24"/>
          <w:lang w:eastAsia="ja-JP"/>
        </w:rPr>
        <w:t xml:space="preserve">　　</w:t>
      </w:r>
      <w:r w:rsidR="00F92692" w:rsidRPr="00966DC1">
        <w:rPr>
          <w:rFonts w:ascii="BIZ UDPゴシック" w:eastAsia="BIZ UDPゴシック" w:hAnsi="BIZ UDPゴシック"/>
          <w:sz w:val="24"/>
          <w:szCs w:val="24"/>
          <w:lang w:eastAsia="ja-JP"/>
        </w:rPr>
        <w:t xml:space="preserve">　月　</w:t>
      </w:r>
      <w:r w:rsidRPr="00966DC1">
        <w:rPr>
          <w:rFonts w:ascii="BIZ UDPゴシック" w:eastAsia="BIZ UDPゴシック" w:hAnsi="BIZ UDPゴシック" w:hint="eastAsia"/>
          <w:sz w:val="24"/>
          <w:szCs w:val="24"/>
          <w:lang w:eastAsia="ja-JP"/>
        </w:rPr>
        <w:t xml:space="preserve">　　</w:t>
      </w:r>
      <w:r w:rsidR="00F92692" w:rsidRPr="00966DC1">
        <w:rPr>
          <w:rFonts w:ascii="BIZ UDPゴシック" w:eastAsia="BIZ UDPゴシック" w:hAnsi="BIZ UDPゴシック"/>
          <w:sz w:val="24"/>
          <w:szCs w:val="24"/>
          <w:lang w:eastAsia="ja-JP"/>
        </w:rPr>
        <w:t xml:space="preserve">　日</w:t>
      </w:r>
    </w:p>
    <w:tbl>
      <w:tblPr>
        <w:tblW w:w="0" w:type="auto"/>
        <w:jc w:val="center"/>
        <w:tblBorders>
          <w:top w:val="single" w:sz="6" w:space="0" w:color="1B365D"/>
          <w:left w:val="single" w:sz="4" w:space="0" w:color="CCCCCC"/>
          <w:bottom w:val="single" w:sz="6" w:space="0" w:color="1B365D"/>
          <w:right w:val="single" w:sz="4" w:space="0" w:color="CCCCCC"/>
          <w:insideH w:val="single" w:sz="4" w:space="0" w:color="CCCCCC"/>
          <w:insideV w:val="single" w:sz="4" w:space="0" w:color="CCCCCC"/>
        </w:tblBorders>
        <w:tblLayout w:type="fixed"/>
        <w:tblLook w:val="04A0" w:firstRow="1" w:lastRow="0" w:firstColumn="1" w:lastColumn="0" w:noHBand="0" w:noVBand="1"/>
      </w:tblPr>
      <w:tblGrid>
        <w:gridCol w:w="720"/>
        <w:gridCol w:w="3241"/>
        <w:gridCol w:w="1560"/>
        <w:gridCol w:w="2126"/>
        <w:gridCol w:w="2433"/>
      </w:tblGrid>
      <w:tr w:rsidR="00763146" w:rsidRPr="00613F5C" w14:paraId="33353916" w14:textId="77777777" w:rsidTr="0049245B">
        <w:trPr>
          <w:trHeight w:val="523"/>
          <w:jc w:val="center"/>
        </w:trPr>
        <w:tc>
          <w:tcPr>
            <w:tcW w:w="720" w:type="dxa"/>
            <w:tcBorders>
              <w:top w:val="single" w:sz="6" w:space="0" w:color="1B365D"/>
              <w:left w:val="single" w:sz="6" w:space="0" w:color="1B365D"/>
              <w:bottom w:val="single" w:sz="12" w:space="0" w:color="1B365D"/>
              <w:right w:val="single" w:sz="6" w:space="0" w:color="1B365D"/>
            </w:tcBorders>
            <w:shd w:val="clear" w:color="auto" w:fill="FDE9D9" w:themeFill="accent6" w:themeFillTint="33"/>
            <w:tcMar>
              <w:top w:w="100" w:type="dxa"/>
              <w:left w:w="100" w:type="dxa"/>
              <w:bottom w:w="100" w:type="dxa"/>
              <w:right w:w="100" w:type="dxa"/>
            </w:tcMar>
            <w:vAlign w:val="center"/>
          </w:tcPr>
          <w:p w14:paraId="448C79C1" w14:textId="77777777" w:rsidR="00763146" w:rsidRPr="00215182" w:rsidRDefault="00F92692" w:rsidP="00613F5C">
            <w:pPr>
              <w:spacing w:after="0"/>
              <w:rPr>
                <w:rFonts w:ascii="BIZ UDPゴシック" w:eastAsia="BIZ UDPゴシック" w:hAnsi="BIZ UDPゴシック"/>
                <w:color w:val="262626" w:themeColor="text1" w:themeTint="D9"/>
                <w:sz w:val="24"/>
                <w:szCs w:val="24"/>
              </w:rPr>
            </w:pPr>
            <w:r w:rsidRPr="00215182">
              <w:rPr>
                <w:rFonts w:ascii="BIZ UDPゴシック" w:eastAsia="BIZ UDPゴシック" w:hAnsi="BIZ UDPゴシック"/>
                <w:b/>
                <w:color w:val="262626" w:themeColor="text1" w:themeTint="D9"/>
                <w:sz w:val="24"/>
                <w:szCs w:val="24"/>
              </w:rPr>
              <w:t>No.</w:t>
            </w:r>
          </w:p>
        </w:tc>
        <w:tc>
          <w:tcPr>
            <w:tcW w:w="3241" w:type="dxa"/>
            <w:tcBorders>
              <w:top w:val="single" w:sz="6" w:space="0" w:color="1B365D"/>
              <w:left w:val="single" w:sz="6" w:space="0" w:color="1B365D"/>
              <w:bottom w:val="single" w:sz="12" w:space="0" w:color="1B365D"/>
              <w:right w:val="single" w:sz="6" w:space="0" w:color="1B365D"/>
            </w:tcBorders>
            <w:shd w:val="clear" w:color="auto" w:fill="FDE9D9" w:themeFill="accent6" w:themeFillTint="33"/>
            <w:tcMar>
              <w:top w:w="100" w:type="dxa"/>
              <w:left w:w="100" w:type="dxa"/>
              <w:bottom w:w="100" w:type="dxa"/>
              <w:right w:w="100" w:type="dxa"/>
            </w:tcMar>
            <w:vAlign w:val="center"/>
          </w:tcPr>
          <w:p w14:paraId="5C27C870" w14:textId="77777777" w:rsidR="00763146" w:rsidRPr="00215182" w:rsidRDefault="00F92692" w:rsidP="00613F5C">
            <w:pPr>
              <w:spacing w:after="0"/>
              <w:jc w:val="center"/>
              <w:rPr>
                <w:rFonts w:ascii="BIZ UDPゴシック" w:eastAsia="BIZ UDPゴシック" w:hAnsi="BIZ UDPゴシック"/>
                <w:color w:val="262626" w:themeColor="text1" w:themeTint="D9"/>
                <w:sz w:val="24"/>
                <w:szCs w:val="24"/>
              </w:rPr>
            </w:pPr>
            <w:proofErr w:type="spellStart"/>
            <w:r w:rsidRPr="00215182">
              <w:rPr>
                <w:rFonts w:ascii="BIZ UDPゴシック" w:eastAsia="BIZ UDPゴシック" w:hAnsi="BIZ UDPゴシック"/>
                <w:b/>
                <w:color w:val="262626" w:themeColor="text1" w:themeTint="D9"/>
                <w:sz w:val="24"/>
                <w:szCs w:val="24"/>
              </w:rPr>
              <w:t>資材名・物品名</w:t>
            </w:r>
            <w:proofErr w:type="spellEnd"/>
          </w:p>
        </w:tc>
        <w:tc>
          <w:tcPr>
            <w:tcW w:w="1560" w:type="dxa"/>
            <w:tcBorders>
              <w:top w:val="single" w:sz="6" w:space="0" w:color="1B365D"/>
              <w:left w:val="single" w:sz="6" w:space="0" w:color="1B365D"/>
              <w:bottom w:val="single" w:sz="12" w:space="0" w:color="1B365D"/>
              <w:right w:val="single" w:sz="6" w:space="0" w:color="1B365D"/>
            </w:tcBorders>
            <w:shd w:val="clear" w:color="auto" w:fill="FDE9D9" w:themeFill="accent6" w:themeFillTint="33"/>
            <w:tcMar>
              <w:top w:w="100" w:type="dxa"/>
              <w:left w:w="100" w:type="dxa"/>
              <w:bottom w:w="100" w:type="dxa"/>
              <w:right w:w="100" w:type="dxa"/>
            </w:tcMar>
            <w:vAlign w:val="center"/>
          </w:tcPr>
          <w:p w14:paraId="7D41687F" w14:textId="65196B79" w:rsidR="00763146" w:rsidRPr="00215182" w:rsidRDefault="00F92692" w:rsidP="00613F5C">
            <w:pPr>
              <w:spacing w:after="0"/>
              <w:jc w:val="center"/>
              <w:rPr>
                <w:rFonts w:ascii="BIZ UDPゴシック" w:eastAsia="BIZ UDPゴシック" w:hAnsi="BIZ UDPゴシック"/>
                <w:color w:val="262626" w:themeColor="text1" w:themeTint="D9"/>
                <w:sz w:val="24"/>
                <w:szCs w:val="24"/>
              </w:rPr>
            </w:pPr>
            <w:r w:rsidRPr="00215182">
              <w:rPr>
                <w:rFonts w:ascii="BIZ UDPゴシック" w:eastAsia="BIZ UDPゴシック" w:hAnsi="BIZ UDPゴシック"/>
                <w:b/>
                <w:color w:val="262626" w:themeColor="text1" w:themeTint="D9"/>
                <w:sz w:val="24"/>
                <w:szCs w:val="24"/>
              </w:rPr>
              <w:t>上</w:t>
            </w:r>
            <w:r w:rsidR="00215182">
              <w:rPr>
                <w:rFonts w:ascii="BIZ UDPゴシック" w:eastAsia="BIZ UDPゴシック" w:hAnsi="BIZ UDPゴシック" w:hint="eastAsia"/>
                <w:b/>
                <w:color w:val="262626" w:themeColor="text1" w:themeTint="D9"/>
                <w:sz w:val="24"/>
                <w:szCs w:val="24"/>
                <w:lang w:eastAsia="ja-JP"/>
              </w:rPr>
              <w:t xml:space="preserve">　　</w:t>
            </w:r>
            <w:r w:rsidRPr="00215182">
              <w:rPr>
                <w:rFonts w:ascii="BIZ UDPゴシック" w:eastAsia="BIZ UDPゴシック" w:hAnsi="BIZ UDPゴシック"/>
                <w:b/>
                <w:color w:val="262626" w:themeColor="text1" w:themeTint="D9"/>
                <w:sz w:val="24"/>
                <w:szCs w:val="24"/>
              </w:rPr>
              <w:t>限</w:t>
            </w:r>
          </w:p>
        </w:tc>
        <w:tc>
          <w:tcPr>
            <w:tcW w:w="2126" w:type="dxa"/>
            <w:tcBorders>
              <w:top w:val="single" w:sz="6" w:space="0" w:color="1B365D"/>
              <w:left w:val="single" w:sz="6" w:space="0" w:color="1B365D"/>
              <w:bottom w:val="single" w:sz="12" w:space="0" w:color="1B365D"/>
              <w:right w:val="single" w:sz="6" w:space="0" w:color="1B365D"/>
            </w:tcBorders>
            <w:shd w:val="clear" w:color="auto" w:fill="FDE9D9" w:themeFill="accent6" w:themeFillTint="33"/>
            <w:tcMar>
              <w:top w:w="100" w:type="dxa"/>
              <w:left w:w="100" w:type="dxa"/>
              <w:bottom w:w="100" w:type="dxa"/>
              <w:right w:w="100" w:type="dxa"/>
            </w:tcMar>
            <w:vAlign w:val="center"/>
          </w:tcPr>
          <w:p w14:paraId="5152BAFC" w14:textId="77777777" w:rsidR="00763146" w:rsidRPr="00215182" w:rsidRDefault="00F92692" w:rsidP="00613F5C">
            <w:pPr>
              <w:spacing w:after="0"/>
              <w:jc w:val="center"/>
              <w:rPr>
                <w:rFonts w:ascii="BIZ UDPゴシック" w:eastAsia="BIZ UDPゴシック" w:hAnsi="BIZ UDPゴシック"/>
                <w:color w:val="262626" w:themeColor="text1" w:themeTint="D9"/>
                <w:sz w:val="24"/>
                <w:szCs w:val="24"/>
              </w:rPr>
            </w:pPr>
            <w:r w:rsidRPr="00215182">
              <w:rPr>
                <w:rFonts w:ascii="BIZ UDPゴシック" w:eastAsia="BIZ UDPゴシック" w:hAnsi="BIZ UDPゴシック"/>
                <w:b/>
                <w:color w:val="262626" w:themeColor="text1" w:themeTint="D9"/>
                <w:spacing w:val="80"/>
                <w:sz w:val="24"/>
                <w:szCs w:val="24"/>
                <w:fitText w:val="1200" w:id="-387968000"/>
              </w:rPr>
              <w:t>希望数</w:t>
            </w:r>
            <w:r w:rsidRPr="00215182">
              <w:rPr>
                <w:rFonts w:ascii="BIZ UDPゴシック" w:eastAsia="BIZ UDPゴシック" w:hAnsi="BIZ UDPゴシック"/>
                <w:b/>
                <w:color w:val="262626" w:themeColor="text1" w:themeTint="D9"/>
                <w:sz w:val="24"/>
                <w:szCs w:val="24"/>
                <w:fitText w:val="1200" w:id="-387968000"/>
              </w:rPr>
              <w:t>量</w:t>
            </w:r>
          </w:p>
        </w:tc>
        <w:tc>
          <w:tcPr>
            <w:tcW w:w="2433" w:type="dxa"/>
            <w:tcBorders>
              <w:top w:val="single" w:sz="6" w:space="0" w:color="1B365D"/>
              <w:left w:val="single" w:sz="6" w:space="0" w:color="1B365D"/>
              <w:bottom w:val="single" w:sz="12" w:space="0" w:color="1B365D"/>
              <w:right w:val="single" w:sz="6" w:space="0" w:color="1B365D"/>
            </w:tcBorders>
            <w:shd w:val="clear" w:color="auto" w:fill="FDE9D9" w:themeFill="accent6" w:themeFillTint="33"/>
            <w:tcMar>
              <w:top w:w="100" w:type="dxa"/>
              <w:left w:w="100" w:type="dxa"/>
              <w:bottom w:w="100" w:type="dxa"/>
              <w:right w:w="100" w:type="dxa"/>
            </w:tcMar>
            <w:vAlign w:val="center"/>
          </w:tcPr>
          <w:p w14:paraId="6DDC3048" w14:textId="1B3CE37E" w:rsidR="00763146" w:rsidRPr="00215182" w:rsidRDefault="00F92692" w:rsidP="00613F5C">
            <w:pPr>
              <w:spacing w:after="0"/>
              <w:jc w:val="center"/>
              <w:rPr>
                <w:rFonts w:ascii="BIZ UDPゴシック" w:eastAsia="BIZ UDPゴシック" w:hAnsi="BIZ UDPゴシック"/>
                <w:color w:val="262626" w:themeColor="text1" w:themeTint="D9"/>
                <w:sz w:val="24"/>
                <w:szCs w:val="24"/>
              </w:rPr>
            </w:pPr>
            <w:r w:rsidRPr="00215182">
              <w:rPr>
                <w:rFonts w:ascii="BIZ UDPゴシック" w:eastAsia="BIZ UDPゴシック" w:hAnsi="BIZ UDPゴシック"/>
                <w:b/>
                <w:color w:val="262626" w:themeColor="text1" w:themeTint="D9"/>
                <w:sz w:val="24"/>
                <w:szCs w:val="24"/>
              </w:rPr>
              <w:t>備</w:t>
            </w:r>
            <w:r w:rsidR="00215182">
              <w:rPr>
                <w:rFonts w:ascii="BIZ UDPゴシック" w:eastAsia="BIZ UDPゴシック" w:hAnsi="BIZ UDPゴシック" w:hint="eastAsia"/>
                <w:b/>
                <w:color w:val="262626" w:themeColor="text1" w:themeTint="D9"/>
                <w:sz w:val="24"/>
                <w:szCs w:val="24"/>
                <w:lang w:eastAsia="ja-JP"/>
              </w:rPr>
              <w:t xml:space="preserve">　</w:t>
            </w:r>
            <w:r w:rsidRPr="00215182">
              <w:rPr>
                <w:rFonts w:ascii="BIZ UDPゴシック" w:eastAsia="BIZ UDPゴシック" w:hAnsi="BIZ UDPゴシック"/>
                <w:b/>
                <w:color w:val="262626" w:themeColor="text1" w:themeTint="D9"/>
                <w:sz w:val="24"/>
                <w:szCs w:val="24"/>
              </w:rPr>
              <w:t>考</w:t>
            </w:r>
          </w:p>
        </w:tc>
      </w:tr>
      <w:tr w:rsidR="00763146" w:rsidRPr="00613F5C" w14:paraId="71A83E6A" w14:textId="77777777" w:rsidTr="0049245B">
        <w:trPr>
          <w:trHeight w:val="580"/>
          <w:jc w:val="center"/>
        </w:trPr>
        <w:tc>
          <w:tcPr>
            <w:tcW w:w="720" w:type="dxa"/>
            <w:tcBorders>
              <w:top w:val="single" w:sz="12"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1BDBCF72" w14:textId="77777777" w:rsidR="00763146" w:rsidRPr="00613F5C" w:rsidRDefault="00F92692"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1</w:t>
            </w:r>
          </w:p>
        </w:tc>
        <w:tc>
          <w:tcPr>
            <w:tcW w:w="3241" w:type="dxa"/>
            <w:tcBorders>
              <w:top w:val="single" w:sz="12"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5AB202B5" w14:textId="77777777" w:rsidR="00763146" w:rsidRPr="008C4E01" w:rsidRDefault="00F92692" w:rsidP="00966DC1">
            <w:pPr>
              <w:spacing w:after="0" w:line="240" w:lineRule="auto"/>
              <w:jc w:val="both"/>
              <w:rPr>
                <w:rFonts w:ascii="BIZ UDPゴシック" w:eastAsia="BIZ UDPゴシック" w:hAnsi="BIZ UDPゴシック"/>
                <w:bCs/>
                <w:sz w:val="24"/>
                <w:szCs w:val="24"/>
              </w:rPr>
            </w:pPr>
            <w:r w:rsidRPr="008C4E01">
              <w:rPr>
                <w:rFonts w:ascii="BIZ UDPゴシック" w:eastAsia="BIZ UDPゴシック" w:hAnsi="BIZ UDPゴシック"/>
                <w:bCs/>
                <w:sz w:val="24"/>
                <w:szCs w:val="24"/>
              </w:rPr>
              <w:t xml:space="preserve">① </w:t>
            </w:r>
            <w:proofErr w:type="spellStart"/>
            <w:r w:rsidRPr="008C4E01">
              <w:rPr>
                <w:rFonts w:ascii="BIZ UDPゴシック" w:eastAsia="BIZ UDPゴシック" w:hAnsi="BIZ UDPゴシック"/>
                <w:bCs/>
                <w:spacing w:val="93"/>
                <w:sz w:val="24"/>
                <w:szCs w:val="24"/>
                <w:fitText w:val="880" w:id="-387968253"/>
              </w:rPr>
              <w:t>はっ</w:t>
            </w:r>
            <w:r w:rsidRPr="008C4E01">
              <w:rPr>
                <w:rFonts w:ascii="BIZ UDPゴシック" w:eastAsia="BIZ UDPゴシック" w:hAnsi="BIZ UDPゴシック"/>
                <w:bCs/>
                <w:spacing w:val="1"/>
                <w:sz w:val="24"/>
                <w:szCs w:val="24"/>
                <w:fitText w:val="880" w:id="-387968253"/>
              </w:rPr>
              <w:t>ぴ</w:t>
            </w:r>
            <w:proofErr w:type="spellEnd"/>
          </w:p>
        </w:tc>
        <w:tc>
          <w:tcPr>
            <w:tcW w:w="1560" w:type="dxa"/>
            <w:tcBorders>
              <w:top w:val="single" w:sz="12"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7A1EBFBA" w14:textId="1CB9CB1A" w:rsidR="00763146" w:rsidRPr="00CC1A98" w:rsidRDefault="00F92692" w:rsidP="00966DC1">
            <w:pPr>
              <w:spacing w:after="0" w:line="240" w:lineRule="auto"/>
              <w:rPr>
                <w:rFonts w:ascii="BIZ UDPゴシック" w:eastAsia="BIZ UDPゴシック" w:hAnsi="BIZ UDPゴシック"/>
                <w:sz w:val="20"/>
                <w:szCs w:val="20"/>
                <w:lang w:eastAsia="ja-JP"/>
              </w:rPr>
            </w:pPr>
            <w:r w:rsidRPr="00CC1A98">
              <w:rPr>
                <w:rFonts w:ascii="BIZ UDPゴシック" w:eastAsia="BIZ UDPゴシック" w:hAnsi="BIZ UDPゴシック"/>
                <w:sz w:val="20"/>
                <w:szCs w:val="20"/>
                <w:lang w:eastAsia="ja-JP"/>
              </w:rPr>
              <w:t>上限1</w:t>
            </w:r>
            <w:r w:rsidR="00CC1A98">
              <w:rPr>
                <w:rFonts w:ascii="BIZ UDPゴシック" w:eastAsia="BIZ UDPゴシック" w:hAnsi="BIZ UDPゴシック" w:hint="eastAsia"/>
                <w:sz w:val="20"/>
                <w:szCs w:val="20"/>
                <w:lang w:eastAsia="ja-JP"/>
              </w:rPr>
              <w:t>０</w:t>
            </w:r>
            <w:r w:rsidRPr="00CC1A98">
              <w:rPr>
                <w:rFonts w:ascii="BIZ UDPゴシック" w:eastAsia="BIZ UDPゴシック" w:hAnsi="BIZ UDPゴシック"/>
                <w:sz w:val="20"/>
                <w:szCs w:val="20"/>
                <w:lang w:eastAsia="ja-JP"/>
              </w:rPr>
              <w:t>着</w:t>
            </w:r>
          </w:p>
        </w:tc>
        <w:tc>
          <w:tcPr>
            <w:tcW w:w="2126" w:type="dxa"/>
            <w:tcBorders>
              <w:top w:val="single" w:sz="12"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08AE4AF2" w14:textId="77777777" w:rsidR="00763146" w:rsidRPr="00613F5C" w:rsidRDefault="00F92692"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着</w:t>
            </w:r>
          </w:p>
        </w:tc>
        <w:tc>
          <w:tcPr>
            <w:tcW w:w="2433" w:type="dxa"/>
            <w:tcBorders>
              <w:top w:val="single" w:sz="12"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217DC982" w14:textId="4D133A4B" w:rsidR="00763146" w:rsidRPr="00966DC1" w:rsidRDefault="00F92692" w:rsidP="00966DC1">
            <w:pPr>
              <w:spacing w:after="0" w:line="240" w:lineRule="auto"/>
              <w:rPr>
                <w:rFonts w:ascii="BIZ UDPゴシック" w:eastAsia="BIZ UDPゴシック" w:hAnsi="BIZ UDPゴシック"/>
                <w:sz w:val="20"/>
                <w:szCs w:val="20"/>
                <w:lang w:eastAsia="ja-JP"/>
              </w:rPr>
            </w:pPr>
            <w:r w:rsidRPr="00966DC1">
              <w:rPr>
                <w:rFonts w:ascii="BIZ UDPゴシック" w:eastAsia="BIZ UDPゴシック" w:hAnsi="BIZ UDPゴシック"/>
                <w:sz w:val="20"/>
                <w:szCs w:val="20"/>
                <w:lang w:eastAsia="ja-JP"/>
              </w:rPr>
              <w:t>同封の着払い伝票で返却</w:t>
            </w:r>
          </w:p>
        </w:tc>
      </w:tr>
      <w:tr w:rsidR="00966DC1" w:rsidRPr="00613F5C" w14:paraId="02FE8249"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5E6F5F91"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2</w:t>
            </w:r>
          </w:p>
        </w:tc>
        <w:tc>
          <w:tcPr>
            <w:tcW w:w="3241" w:type="dxa"/>
            <w:tcBorders>
              <w:top w:val="dotted" w:sz="4"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6A787180" w14:textId="77777777" w:rsidR="00966DC1" w:rsidRPr="008C4E01" w:rsidRDefault="00966DC1" w:rsidP="00966DC1">
            <w:pPr>
              <w:spacing w:after="0" w:line="240" w:lineRule="auto"/>
              <w:rPr>
                <w:rFonts w:ascii="BIZ UDPゴシック" w:eastAsia="BIZ UDPゴシック" w:hAnsi="BIZ UDPゴシック"/>
                <w:bCs/>
                <w:sz w:val="24"/>
                <w:szCs w:val="24"/>
                <w:lang w:eastAsia="ja-JP"/>
              </w:rPr>
            </w:pPr>
            <w:r w:rsidRPr="008C4E01">
              <w:rPr>
                <w:rFonts w:ascii="BIZ UDPゴシック" w:eastAsia="BIZ UDPゴシック" w:hAnsi="BIZ UDPゴシック"/>
                <w:bCs/>
                <w:sz w:val="24"/>
                <w:szCs w:val="24"/>
                <w:lang w:eastAsia="ja-JP"/>
              </w:rPr>
              <w:t xml:space="preserve">② </w:t>
            </w:r>
            <w:r w:rsidRPr="008C4E01">
              <w:rPr>
                <w:rFonts w:ascii="BIZ UDPゴシック" w:eastAsia="BIZ UDPゴシック" w:hAnsi="BIZ UDPゴシック"/>
                <w:bCs/>
                <w:spacing w:val="95"/>
                <w:sz w:val="24"/>
                <w:szCs w:val="24"/>
                <w:fitText w:val="880" w:id="-387968254"/>
                <w:lang w:eastAsia="ja-JP"/>
              </w:rPr>
              <w:t>のぼ</w:t>
            </w:r>
            <w:r w:rsidRPr="008C4E01">
              <w:rPr>
                <w:rFonts w:ascii="BIZ UDPゴシック" w:eastAsia="BIZ UDPゴシック" w:hAnsi="BIZ UDPゴシック"/>
                <w:bCs/>
                <w:spacing w:val="2"/>
                <w:sz w:val="24"/>
                <w:szCs w:val="24"/>
                <w:fitText w:val="880" w:id="-387968254"/>
                <w:lang w:eastAsia="ja-JP"/>
              </w:rPr>
              <w:t>り</w:t>
            </w:r>
          </w:p>
          <w:p w14:paraId="71B22FA4" w14:textId="286FF78C" w:rsidR="00966DC1" w:rsidRPr="00966DC1" w:rsidRDefault="00966DC1" w:rsidP="00957149">
            <w:pPr>
              <w:spacing w:after="0" w:line="240" w:lineRule="auto"/>
              <w:ind w:firstLineChars="150" w:firstLine="330"/>
              <w:rPr>
                <w:rFonts w:ascii="BIZ UDPゴシック" w:eastAsia="BIZ UDPゴシック" w:hAnsi="BIZ UDPゴシック"/>
                <w:bCs/>
                <w:lang w:eastAsia="ja-JP"/>
              </w:rPr>
            </w:pPr>
            <w:r w:rsidRPr="00966DC1">
              <w:rPr>
                <w:rFonts w:ascii="BIZ UDPゴシック" w:eastAsia="BIZ UDPゴシック" w:hAnsi="BIZ UDPゴシック"/>
                <w:bCs/>
                <w:lang w:eastAsia="ja-JP"/>
              </w:rPr>
              <w:t>〔生地のみ〕</w:t>
            </w:r>
          </w:p>
        </w:tc>
        <w:tc>
          <w:tcPr>
            <w:tcW w:w="1560" w:type="dxa"/>
            <w:tcBorders>
              <w:top w:val="dotted" w:sz="4"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5BDA8AFB" w14:textId="1EB158D3" w:rsidR="00966DC1" w:rsidRPr="00CC1A98" w:rsidRDefault="00966DC1" w:rsidP="00966DC1">
            <w:pPr>
              <w:spacing w:after="0" w:line="240" w:lineRule="auto"/>
              <w:rPr>
                <w:rFonts w:ascii="BIZ UDPゴシック" w:eastAsia="BIZ UDPゴシック" w:hAnsi="BIZ UDPゴシック"/>
                <w:sz w:val="20"/>
                <w:szCs w:val="20"/>
                <w:lang w:eastAsia="ja-JP"/>
              </w:rPr>
            </w:pPr>
            <w:r w:rsidRPr="00CC1A98">
              <w:rPr>
                <w:rFonts w:ascii="BIZ UDPゴシック" w:eastAsia="BIZ UDPゴシック" w:hAnsi="BIZ UDPゴシック"/>
                <w:sz w:val="20"/>
                <w:szCs w:val="20"/>
                <w:lang w:eastAsia="ja-JP"/>
              </w:rPr>
              <w:t>上限</w:t>
            </w:r>
            <w:r w:rsidR="00CC1A98">
              <w:rPr>
                <w:rFonts w:ascii="BIZ UDPゴシック" w:eastAsia="BIZ UDPゴシック" w:hAnsi="BIZ UDPゴシック" w:hint="eastAsia"/>
                <w:sz w:val="20"/>
                <w:szCs w:val="20"/>
                <w:lang w:eastAsia="ja-JP"/>
              </w:rPr>
              <w:t xml:space="preserve">　</w:t>
            </w:r>
            <w:r w:rsidRPr="00CC1A98">
              <w:rPr>
                <w:rFonts w:ascii="BIZ UDPゴシック" w:eastAsia="BIZ UDPゴシック" w:hAnsi="BIZ UDPゴシック"/>
                <w:sz w:val="20"/>
                <w:szCs w:val="20"/>
                <w:lang w:eastAsia="ja-JP"/>
              </w:rPr>
              <w:t>3枚</w:t>
            </w:r>
          </w:p>
        </w:tc>
        <w:tc>
          <w:tcPr>
            <w:tcW w:w="2126" w:type="dxa"/>
            <w:tcBorders>
              <w:top w:val="dotted" w:sz="4"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6A12A84E"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枚</w:t>
            </w:r>
          </w:p>
        </w:tc>
        <w:tc>
          <w:tcPr>
            <w:tcW w:w="2433" w:type="dxa"/>
            <w:tcBorders>
              <w:top w:val="dotted" w:sz="4" w:space="0" w:color="1B365D"/>
              <w:left w:val="single" w:sz="6" w:space="0" w:color="1B365D"/>
              <w:bottom w:val="dotted" w:sz="4" w:space="0" w:color="1B365D"/>
              <w:right w:val="single" w:sz="6" w:space="0" w:color="1B365D"/>
            </w:tcBorders>
            <w:shd w:val="clear" w:color="auto" w:fill="FDE9D9" w:themeFill="accent6" w:themeFillTint="33"/>
            <w:tcMar>
              <w:top w:w="100" w:type="dxa"/>
              <w:left w:w="100" w:type="dxa"/>
              <w:bottom w:w="100" w:type="dxa"/>
              <w:right w:w="100" w:type="dxa"/>
            </w:tcMar>
          </w:tcPr>
          <w:p w14:paraId="68CFB278" w14:textId="04F66D69" w:rsidR="00966DC1" w:rsidRPr="00966DC1" w:rsidRDefault="00966DC1" w:rsidP="00966DC1">
            <w:pPr>
              <w:spacing w:after="0" w:line="240" w:lineRule="auto"/>
              <w:rPr>
                <w:rFonts w:ascii="BIZ UDPゴシック" w:eastAsia="BIZ UDPゴシック" w:hAnsi="BIZ UDPゴシック"/>
                <w:sz w:val="20"/>
                <w:szCs w:val="20"/>
                <w:lang w:eastAsia="ja-JP"/>
              </w:rPr>
            </w:pPr>
            <w:r w:rsidRPr="00966DC1">
              <w:rPr>
                <w:rFonts w:ascii="BIZ UDPゴシック" w:eastAsia="BIZ UDPゴシック" w:hAnsi="BIZ UDPゴシック"/>
                <w:sz w:val="20"/>
                <w:szCs w:val="20"/>
                <w:lang w:eastAsia="ja-JP"/>
              </w:rPr>
              <w:t>同封の着払い伝票で返却</w:t>
            </w:r>
          </w:p>
        </w:tc>
      </w:tr>
      <w:tr w:rsidR="00966DC1" w:rsidRPr="00613F5C" w14:paraId="207B5E35"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8D8D214"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3</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6D00FFB"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lang w:eastAsia="ja-JP"/>
              </w:rPr>
              <w:t>③</w:t>
            </w:r>
            <w:r w:rsidRPr="008C4E01">
              <w:rPr>
                <w:rFonts w:ascii="BIZ UDPゴシック" w:eastAsia="BIZ UDPゴシック" w:hAnsi="BIZ UDPゴシック" w:hint="eastAsia"/>
                <w:sz w:val="24"/>
                <w:szCs w:val="24"/>
                <w:lang w:eastAsia="ja-JP"/>
              </w:rPr>
              <w:t xml:space="preserve"> </w:t>
            </w:r>
            <w:r w:rsidRPr="008C4E01">
              <w:rPr>
                <w:rFonts w:ascii="BIZ UDPゴシック" w:eastAsia="BIZ UDPゴシック" w:hAnsi="BIZ UDPゴシック"/>
                <w:sz w:val="24"/>
                <w:szCs w:val="24"/>
                <w:lang w:eastAsia="ja-JP"/>
              </w:rPr>
              <w:t>リーフレット</w:t>
            </w:r>
          </w:p>
          <w:p w14:paraId="310045E0" w14:textId="682C1302" w:rsidR="00966DC1" w:rsidRPr="00613F5C" w:rsidRDefault="00966DC1" w:rsidP="00966DC1">
            <w:pPr>
              <w:spacing w:after="0" w:line="240" w:lineRule="auto"/>
              <w:rPr>
                <w:rFonts w:ascii="BIZ UDPゴシック" w:eastAsia="BIZ UDPゴシック" w:hAnsi="BIZ UDPゴシック"/>
                <w:lang w:eastAsia="ja-JP"/>
              </w:rPr>
            </w:pPr>
            <w:r>
              <w:rPr>
                <w:rFonts w:ascii="BIZ UDPゴシック" w:eastAsia="BIZ UDPゴシック" w:hAnsi="BIZ UDPゴシック" w:hint="eastAsia"/>
                <w:lang w:eastAsia="ja-JP"/>
              </w:rPr>
              <w:t xml:space="preserve">　</w:t>
            </w:r>
            <w:r w:rsidR="00957149">
              <w:rPr>
                <w:rFonts w:ascii="BIZ UDPゴシック" w:eastAsia="BIZ UDPゴシック" w:hAnsi="BIZ UDPゴシック" w:hint="eastAsia"/>
                <w:lang w:eastAsia="ja-JP"/>
              </w:rPr>
              <w:t xml:space="preserve">  </w:t>
            </w:r>
            <w:r>
              <w:rPr>
                <w:rFonts w:ascii="BIZ UDPゴシック" w:eastAsia="BIZ UDPゴシック" w:hAnsi="BIZ UDPゴシック" w:hint="eastAsia"/>
                <w:lang w:eastAsia="ja-JP"/>
              </w:rPr>
              <w:t>〔</w:t>
            </w:r>
            <w:r w:rsidRPr="00613F5C">
              <w:rPr>
                <w:rFonts w:ascii="BIZ UDPゴシック" w:eastAsia="BIZ UDPゴシック" w:hAnsi="BIZ UDPゴシック"/>
                <w:lang w:eastAsia="ja-JP"/>
              </w:rPr>
              <w:t>肝炎ウイルス検査</w:t>
            </w:r>
            <w:r>
              <w:rPr>
                <w:rFonts w:ascii="BIZ UDPゴシック" w:eastAsia="BIZ UDPゴシック" w:hAnsi="BIZ UDPゴシック" w:hint="eastAsia"/>
                <w:lang w:eastAsia="ja-JP"/>
              </w:rPr>
              <w:t>〕</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2856F79" w14:textId="77777777" w:rsidR="00966DC1" w:rsidRPr="00CC1A98" w:rsidRDefault="00966DC1" w:rsidP="00966DC1">
            <w:pPr>
              <w:spacing w:after="0" w:line="240" w:lineRule="auto"/>
              <w:rPr>
                <w:rFonts w:ascii="BIZ UDPゴシック" w:eastAsia="BIZ UDPゴシック" w:hAnsi="BIZ UDPゴシック"/>
                <w:sz w:val="20"/>
                <w:szCs w:val="20"/>
              </w:rPr>
            </w:pPr>
            <w:proofErr w:type="spellStart"/>
            <w:r w:rsidRPr="00CC1A98">
              <w:rPr>
                <w:rFonts w:ascii="BIZ UDPゴシック" w:eastAsia="BIZ UDPゴシック" w:hAnsi="BIZ UDPゴシック"/>
                <w:sz w:val="20"/>
                <w:szCs w:val="20"/>
              </w:rPr>
              <w:t>枚数制限なし</w:t>
            </w:r>
            <w:proofErr w:type="spellEnd"/>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41271A4"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枚</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29E5DA5"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49B99A74"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7D9D3DF"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4</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AA1E9D4"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lang w:eastAsia="ja-JP"/>
              </w:rPr>
              <w:t>④ ポケットティッシュ</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0943F5B" w14:textId="77777777" w:rsidR="00966DC1" w:rsidRPr="00CC1A98" w:rsidRDefault="00966DC1" w:rsidP="00966DC1">
            <w:pPr>
              <w:spacing w:after="0" w:line="240" w:lineRule="auto"/>
              <w:rPr>
                <w:rFonts w:ascii="BIZ UDPゴシック" w:eastAsia="BIZ UDPゴシック" w:hAnsi="BIZ UDPゴシック"/>
                <w:sz w:val="20"/>
                <w:szCs w:val="20"/>
              </w:rPr>
            </w:pPr>
            <w:proofErr w:type="spellStart"/>
            <w:r w:rsidRPr="00CC1A98">
              <w:rPr>
                <w:rFonts w:ascii="BIZ UDPゴシック" w:eastAsia="BIZ UDPゴシック" w:hAnsi="BIZ UDPゴシック"/>
                <w:sz w:val="20"/>
                <w:szCs w:val="20"/>
              </w:rPr>
              <w:t>上限</w:t>
            </w:r>
            <w:proofErr w:type="spellEnd"/>
            <w:r w:rsidRPr="00CC1A98">
              <w:rPr>
                <w:rFonts w:ascii="BIZ UDPゴシック" w:eastAsia="BIZ UDPゴシック" w:hAnsi="BIZ UDPゴシック"/>
                <w:sz w:val="20"/>
                <w:szCs w:val="20"/>
              </w:rPr>
              <w:t xml:space="preserve"> 300個</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24F81FE"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個</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F3AB189"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45007869"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0674222"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5</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4610511" w14:textId="77777777" w:rsidR="00966DC1" w:rsidRPr="008C4E01" w:rsidRDefault="00966DC1" w:rsidP="00966DC1">
            <w:pPr>
              <w:spacing w:after="0" w:line="240" w:lineRule="auto"/>
              <w:rPr>
                <w:rFonts w:ascii="BIZ UDPゴシック" w:eastAsia="BIZ UDPゴシック" w:hAnsi="BIZ UDPゴシック"/>
                <w:sz w:val="24"/>
                <w:szCs w:val="24"/>
              </w:rPr>
            </w:pPr>
            <w:r w:rsidRPr="008C4E01">
              <w:rPr>
                <w:rFonts w:ascii="BIZ UDPゴシック" w:eastAsia="BIZ UDPゴシック" w:hAnsi="BIZ UDPゴシック"/>
                <w:sz w:val="24"/>
                <w:szCs w:val="24"/>
              </w:rPr>
              <w:t xml:space="preserve">⑤ </w:t>
            </w:r>
            <w:proofErr w:type="spellStart"/>
            <w:r w:rsidRPr="008C4E01">
              <w:rPr>
                <w:rFonts w:ascii="BIZ UDPゴシック" w:eastAsia="BIZ UDPゴシック" w:hAnsi="BIZ UDPゴシック"/>
                <w:sz w:val="24"/>
                <w:szCs w:val="24"/>
              </w:rPr>
              <w:t>腹囲測定メジャ</w:t>
            </w:r>
            <w:proofErr w:type="spellEnd"/>
            <w:r w:rsidRPr="008C4E01">
              <w:rPr>
                <w:rFonts w:ascii="BIZ UDPゴシック" w:eastAsia="BIZ UDPゴシック" w:hAnsi="BIZ UDPゴシック"/>
                <w:sz w:val="24"/>
                <w:szCs w:val="24"/>
              </w:rPr>
              <w:t>ー</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90C3A9C" w14:textId="77777777" w:rsidR="00966DC1" w:rsidRPr="00CC1A98" w:rsidRDefault="00966DC1" w:rsidP="00966DC1">
            <w:pPr>
              <w:spacing w:after="0" w:line="240" w:lineRule="auto"/>
              <w:rPr>
                <w:rFonts w:ascii="BIZ UDPゴシック" w:eastAsia="BIZ UDPゴシック" w:hAnsi="BIZ UDPゴシック"/>
                <w:sz w:val="20"/>
                <w:szCs w:val="20"/>
              </w:rPr>
            </w:pPr>
            <w:r w:rsidRPr="00CC1A98">
              <w:rPr>
                <w:rFonts w:ascii="BIZ UDPゴシック" w:eastAsia="BIZ UDPゴシック" w:hAnsi="BIZ UDPゴシック"/>
                <w:sz w:val="20"/>
                <w:szCs w:val="20"/>
              </w:rPr>
              <w:t>上限 100個</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5315FEB"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個</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12398DC5"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2721E873"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E1836AD"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6</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8C9046C"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rPr>
              <w:t xml:space="preserve">⑥ </w:t>
            </w:r>
            <w:proofErr w:type="spellStart"/>
            <w:r w:rsidRPr="008C4E01">
              <w:rPr>
                <w:rFonts w:ascii="BIZ UDPゴシック" w:eastAsia="BIZ UDPゴシック" w:hAnsi="BIZ UDPゴシック"/>
                <w:spacing w:val="80"/>
                <w:sz w:val="24"/>
                <w:szCs w:val="24"/>
                <w:fitText w:val="880" w:id="-387968255"/>
              </w:rPr>
              <w:t>万歩</w:t>
            </w:r>
            <w:r w:rsidRPr="008C4E01">
              <w:rPr>
                <w:rFonts w:ascii="BIZ UDPゴシック" w:eastAsia="BIZ UDPゴシック" w:hAnsi="BIZ UDPゴシック"/>
                <w:sz w:val="24"/>
                <w:szCs w:val="24"/>
                <w:fitText w:val="880" w:id="-387968255"/>
              </w:rPr>
              <w:t>計</w:t>
            </w:r>
            <w:proofErr w:type="spellEnd"/>
          </w:p>
          <w:p w14:paraId="41F65F38" w14:textId="0685FDCA" w:rsidR="00966DC1" w:rsidRPr="00613F5C" w:rsidRDefault="00966DC1" w:rsidP="00966DC1">
            <w:pPr>
              <w:spacing w:after="0" w:line="240" w:lineRule="auto"/>
              <w:ind w:firstLineChars="100" w:firstLine="220"/>
              <w:rPr>
                <w:rFonts w:ascii="BIZ UDPゴシック" w:eastAsia="BIZ UDPゴシック" w:hAnsi="BIZ UDPゴシック"/>
              </w:rPr>
            </w:pP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23AFAF0D" w14:textId="77777777" w:rsidR="00966DC1" w:rsidRPr="00CC1A98" w:rsidRDefault="00966DC1" w:rsidP="00966DC1">
            <w:pPr>
              <w:spacing w:after="0" w:line="240" w:lineRule="auto"/>
              <w:rPr>
                <w:rFonts w:ascii="BIZ UDPゴシック" w:eastAsia="BIZ UDPゴシック" w:hAnsi="BIZ UDPゴシック"/>
                <w:sz w:val="20"/>
                <w:szCs w:val="20"/>
              </w:rPr>
            </w:pPr>
            <w:r w:rsidRPr="00CC1A98">
              <w:rPr>
                <w:rFonts w:ascii="BIZ UDPゴシック" w:eastAsia="BIZ UDPゴシック" w:hAnsi="BIZ UDPゴシック"/>
                <w:sz w:val="20"/>
                <w:szCs w:val="20"/>
              </w:rPr>
              <w:t>上限 100個</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25DB590B"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個</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6AF3D43C"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47EDCB63"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ADF57EC"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7</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53CD1E6" w14:textId="77777777" w:rsidR="00966DC1" w:rsidRPr="008C4E01" w:rsidRDefault="00966DC1" w:rsidP="00966DC1">
            <w:pPr>
              <w:spacing w:after="0" w:line="240" w:lineRule="auto"/>
              <w:rPr>
                <w:rFonts w:ascii="BIZ UDPゴシック" w:eastAsia="BIZ UDPゴシック" w:hAnsi="BIZ UDPゴシック"/>
                <w:sz w:val="24"/>
                <w:szCs w:val="24"/>
              </w:rPr>
            </w:pPr>
            <w:r w:rsidRPr="008C4E01">
              <w:rPr>
                <w:rFonts w:ascii="BIZ UDPゴシック" w:eastAsia="BIZ UDPゴシック" w:hAnsi="BIZ UDPゴシック"/>
                <w:sz w:val="24"/>
                <w:szCs w:val="24"/>
              </w:rPr>
              <w:t xml:space="preserve">⑦ </w:t>
            </w:r>
            <w:proofErr w:type="spellStart"/>
            <w:r w:rsidRPr="008C4E01">
              <w:rPr>
                <w:rFonts w:ascii="BIZ UDPゴシック" w:eastAsia="BIZ UDPゴシック" w:hAnsi="BIZ UDPゴシック"/>
                <w:sz w:val="24"/>
                <w:szCs w:val="24"/>
              </w:rPr>
              <w:t>啓発タオル</w:t>
            </w:r>
            <w:proofErr w:type="spellEnd"/>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94D443D" w14:textId="77777777" w:rsidR="00966DC1" w:rsidRPr="00CC1A98" w:rsidRDefault="00966DC1" w:rsidP="00966DC1">
            <w:pPr>
              <w:spacing w:after="0" w:line="240" w:lineRule="auto"/>
              <w:rPr>
                <w:rFonts w:ascii="BIZ UDPゴシック" w:eastAsia="BIZ UDPゴシック" w:hAnsi="BIZ UDPゴシック"/>
                <w:sz w:val="20"/>
                <w:szCs w:val="20"/>
              </w:rPr>
            </w:pPr>
            <w:r w:rsidRPr="00CC1A98">
              <w:rPr>
                <w:rFonts w:ascii="BIZ UDPゴシック" w:eastAsia="BIZ UDPゴシック" w:hAnsi="BIZ UDPゴシック"/>
                <w:sz w:val="20"/>
                <w:szCs w:val="20"/>
              </w:rPr>
              <w:t>上限 100枚</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43FB047"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枚</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A5A5EA6"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39F6D0E4"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8A080F1" w14:textId="77777777"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8</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445EBBC"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rPr>
              <w:t xml:space="preserve">⑧ </w:t>
            </w:r>
            <w:proofErr w:type="spellStart"/>
            <w:r w:rsidRPr="008C4E01">
              <w:rPr>
                <w:rFonts w:ascii="BIZ UDPゴシック" w:eastAsia="BIZ UDPゴシック" w:hAnsi="BIZ UDPゴシック"/>
                <w:spacing w:val="80"/>
                <w:sz w:val="24"/>
                <w:szCs w:val="24"/>
                <w:fitText w:val="880" w:id="-387968256"/>
              </w:rPr>
              <w:t>絆創</w:t>
            </w:r>
            <w:r w:rsidRPr="008C4E01">
              <w:rPr>
                <w:rFonts w:ascii="BIZ UDPゴシック" w:eastAsia="BIZ UDPゴシック" w:hAnsi="BIZ UDPゴシック"/>
                <w:sz w:val="24"/>
                <w:szCs w:val="24"/>
                <w:fitText w:val="880" w:id="-387968256"/>
              </w:rPr>
              <w:t>膏</w:t>
            </w:r>
            <w:proofErr w:type="spellEnd"/>
          </w:p>
          <w:p w14:paraId="107F4737" w14:textId="1CD00B15" w:rsidR="00966DC1" w:rsidRPr="00613F5C" w:rsidRDefault="00966DC1" w:rsidP="00957149">
            <w:pPr>
              <w:spacing w:after="0" w:line="240" w:lineRule="auto"/>
              <w:ind w:firstLineChars="150" w:firstLine="330"/>
              <w:rPr>
                <w:rFonts w:ascii="BIZ UDPゴシック" w:eastAsia="BIZ UDPゴシック" w:hAnsi="BIZ UDPゴシック"/>
              </w:rPr>
            </w:pPr>
            <w:r w:rsidRPr="00613F5C">
              <w:rPr>
                <w:rFonts w:ascii="BIZ UDPゴシック" w:eastAsia="BIZ UDPゴシック" w:hAnsi="BIZ UDPゴシック"/>
              </w:rPr>
              <w:t>〔相談案内：M4枚S2枚〕</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DDBBC27" w14:textId="77777777" w:rsidR="00966DC1" w:rsidRPr="00CC1A98" w:rsidRDefault="00966DC1" w:rsidP="00966DC1">
            <w:pPr>
              <w:spacing w:after="0" w:line="240" w:lineRule="auto"/>
              <w:rPr>
                <w:rFonts w:ascii="BIZ UDPゴシック" w:eastAsia="BIZ UDPゴシック" w:hAnsi="BIZ UDPゴシック"/>
                <w:sz w:val="20"/>
                <w:szCs w:val="20"/>
              </w:rPr>
            </w:pPr>
            <w:r w:rsidRPr="00CC1A98">
              <w:rPr>
                <w:rFonts w:ascii="BIZ UDPゴシック" w:eastAsia="BIZ UDPゴシック" w:hAnsi="BIZ UDPゴシック"/>
                <w:sz w:val="20"/>
                <w:szCs w:val="20"/>
              </w:rPr>
              <w:t>上限 100個</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1CE26B1" w14:textId="77777777" w:rsidR="00966DC1" w:rsidRPr="00613F5C" w:rsidRDefault="00966DC1" w:rsidP="00966DC1">
            <w:pPr>
              <w:spacing w:after="0" w:line="240" w:lineRule="auto"/>
              <w:jc w:val="right"/>
              <w:rPr>
                <w:rFonts w:ascii="BIZ UDPゴシック" w:eastAsia="BIZ UDPゴシック" w:hAnsi="BIZ UDPゴシック"/>
              </w:rPr>
            </w:pPr>
            <w:r w:rsidRPr="00613F5C">
              <w:rPr>
                <w:rFonts w:ascii="BIZ UDPゴシック" w:eastAsia="BIZ UDPゴシック" w:hAnsi="BIZ UDPゴシック"/>
              </w:rPr>
              <w:t>個</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CAF3E54"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1165D00B"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2F61CB6E" w14:textId="2CA10480" w:rsidR="00966DC1" w:rsidRPr="00613F5C" w:rsidRDefault="00966DC1" w:rsidP="00966DC1">
            <w:pPr>
              <w:spacing w:after="0" w:line="240" w:lineRule="auto"/>
              <w:jc w:val="center"/>
              <w:rPr>
                <w:rFonts w:ascii="BIZ UDPゴシック" w:eastAsia="BIZ UDPゴシック" w:hAnsi="BIZ UDPゴシック"/>
              </w:rPr>
            </w:pPr>
            <w:r w:rsidRPr="00613F5C">
              <w:rPr>
                <w:rFonts w:ascii="BIZ UDPゴシック" w:eastAsia="BIZ UDPゴシック" w:hAnsi="BIZ UDPゴシック"/>
              </w:rPr>
              <w:t>9</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744CACF8"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lang w:eastAsia="ja-JP"/>
              </w:rPr>
              <w:t>⑨ 啓発うちわ</w:t>
            </w:r>
          </w:p>
          <w:p w14:paraId="55C5FDA5" w14:textId="3C94AA1E" w:rsidR="00966DC1" w:rsidRPr="00613F5C" w:rsidRDefault="00966DC1" w:rsidP="00957149">
            <w:pPr>
              <w:spacing w:after="0" w:line="240" w:lineRule="auto"/>
              <w:ind w:firstLineChars="150" w:firstLine="330"/>
              <w:rPr>
                <w:rFonts w:ascii="BIZ UDPゴシック" w:eastAsia="BIZ UDPゴシック" w:hAnsi="BIZ UDPゴシック"/>
                <w:lang w:eastAsia="ja-JP"/>
              </w:rPr>
            </w:pPr>
            <w:r w:rsidRPr="00613F5C">
              <w:rPr>
                <w:rFonts w:ascii="BIZ UDPゴシック" w:eastAsia="BIZ UDPゴシック" w:hAnsi="BIZ UDPゴシック"/>
                <w:lang w:eastAsia="ja-JP"/>
              </w:rPr>
              <w:t>〔コンパクトサイズ〕</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27A0961C" w14:textId="17BE9ED8" w:rsidR="00966DC1" w:rsidRPr="00CC1A98" w:rsidRDefault="00966DC1" w:rsidP="00966DC1">
            <w:pPr>
              <w:spacing w:after="0" w:line="240" w:lineRule="auto"/>
              <w:rPr>
                <w:rFonts w:ascii="BIZ UDPゴシック" w:eastAsia="BIZ UDPゴシック" w:hAnsi="BIZ UDPゴシック"/>
                <w:sz w:val="20"/>
                <w:szCs w:val="20"/>
                <w:lang w:eastAsia="ja-JP"/>
              </w:rPr>
            </w:pPr>
            <w:proofErr w:type="spellStart"/>
            <w:r w:rsidRPr="00CC1A98">
              <w:rPr>
                <w:rFonts w:ascii="BIZ UDPゴシック" w:eastAsia="BIZ UDPゴシック" w:hAnsi="BIZ UDPゴシック"/>
                <w:sz w:val="20"/>
                <w:szCs w:val="20"/>
              </w:rPr>
              <w:t>上限</w:t>
            </w:r>
            <w:proofErr w:type="spellEnd"/>
            <w:r w:rsidRPr="00CC1A98">
              <w:rPr>
                <w:rFonts w:ascii="BIZ UDPゴシック" w:eastAsia="BIZ UDPゴシック" w:hAnsi="BIZ UDPゴシック"/>
                <w:sz w:val="20"/>
                <w:szCs w:val="20"/>
              </w:rPr>
              <w:t xml:space="preserve"> 100個</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6AB6A9D" w14:textId="6C0332D9" w:rsidR="00966DC1" w:rsidRPr="00613F5C" w:rsidRDefault="00966DC1" w:rsidP="00966DC1">
            <w:pPr>
              <w:spacing w:after="0" w:line="240" w:lineRule="auto"/>
              <w:jc w:val="right"/>
              <w:rPr>
                <w:rFonts w:ascii="BIZ UDPゴシック" w:eastAsia="BIZ UDPゴシック" w:hAnsi="BIZ UDPゴシック"/>
                <w:lang w:eastAsia="ja-JP"/>
              </w:rPr>
            </w:pPr>
            <w:r w:rsidRPr="00613F5C">
              <w:rPr>
                <w:rFonts w:ascii="BIZ UDPゴシック" w:eastAsia="BIZ UDPゴシック" w:hAnsi="BIZ UDPゴシック"/>
              </w:rPr>
              <w:t>個</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925FCF4" w14:textId="77777777" w:rsidR="00966DC1" w:rsidRPr="00613F5C" w:rsidRDefault="00966DC1" w:rsidP="00966DC1">
            <w:pPr>
              <w:spacing w:after="0" w:line="240" w:lineRule="auto"/>
              <w:rPr>
                <w:rFonts w:ascii="BIZ UDPゴシック" w:eastAsia="BIZ UDPゴシック" w:hAnsi="BIZ UDPゴシック"/>
                <w:lang w:eastAsia="ja-JP"/>
              </w:rPr>
            </w:pPr>
          </w:p>
        </w:tc>
      </w:tr>
      <w:tr w:rsidR="00966DC1" w:rsidRPr="00613F5C" w14:paraId="35940B8E"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115340B" w14:textId="383665C9" w:rsidR="00966DC1" w:rsidRPr="00613F5C" w:rsidRDefault="00966DC1" w:rsidP="00966DC1">
            <w:pPr>
              <w:spacing w:after="0" w:line="240" w:lineRule="auto"/>
              <w:jc w:val="center"/>
              <w:rPr>
                <w:rFonts w:ascii="BIZ UDPゴシック" w:eastAsia="BIZ UDPゴシック" w:hAnsi="BIZ UDPゴシック"/>
                <w:lang w:eastAsia="ja-JP"/>
              </w:rPr>
            </w:pPr>
            <w:r w:rsidRPr="00613F5C">
              <w:rPr>
                <w:rFonts w:ascii="BIZ UDPゴシック" w:eastAsia="BIZ UDPゴシック" w:hAnsi="BIZ UDPゴシック"/>
              </w:rPr>
              <w:t>10</w:t>
            </w: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2E4F1CD6" w14:textId="77777777" w:rsidR="00966DC1" w:rsidRPr="008C4E01" w:rsidRDefault="00966DC1" w:rsidP="00966DC1">
            <w:pPr>
              <w:spacing w:after="0" w:line="240" w:lineRule="auto"/>
              <w:rPr>
                <w:rFonts w:ascii="BIZ UDPゴシック" w:eastAsia="BIZ UDPゴシック" w:hAnsi="BIZ UDPゴシック"/>
                <w:sz w:val="24"/>
                <w:szCs w:val="24"/>
                <w:lang w:eastAsia="ja-JP"/>
              </w:rPr>
            </w:pPr>
            <w:r w:rsidRPr="008C4E01">
              <w:rPr>
                <w:rFonts w:ascii="BIZ UDPゴシック" w:eastAsia="BIZ UDPゴシック" w:hAnsi="BIZ UDPゴシック"/>
                <w:sz w:val="24"/>
                <w:szCs w:val="24"/>
                <w:lang w:eastAsia="ja-JP"/>
              </w:rPr>
              <w:t>⑩ かん太くんシール</w:t>
            </w:r>
          </w:p>
          <w:p w14:paraId="357A700D" w14:textId="2C1212B6" w:rsidR="00966DC1" w:rsidRPr="00613F5C" w:rsidRDefault="00966DC1" w:rsidP="00957149">
            <w:pPr>
              <w:spacing w:after="0" w:line="240" w:lineRule="auto"/>
              <w:ind w:firstLineChars="150" w:firstLine="330"/>
              <w:rPr>
                <w:rFonts w:ascii="BIZ UDPゴシック" w:eastAsia="BIZ UDPゴシック" w:hAnsi="BIZ UDPゴシック"/>
                <w:lang w:eastAsia="ja-JP"/>
              </w:rPr>
            </w:pPr>
            <w:r w:rsidRPr="00613F5C">
              <w:rPr>
                <w:rFonts w:ascii="BIZ UDPゴシック" w:eastAsia="BIZ UDPゴシック" w:hAnsi="BIZ UDPゴシック"/>
                <w:lang w:eastAsia="ja-JP"/>
              </w:rPr>
              <w:t>〔</w:t>
            </w:r>
            <w:r>
              <w:rPr>
                <w:rFonts w:ascii="BIZ UDPゴシック" w:eastAsia="BIZ UDPゴシック" w:hAnsi="BIZ UDPゴシック" w:hint="eastAsia"/>
                <w:lang w:eastAsia="ja-JP"/>
              </w:rPr>
              <w:t>直径</w:t>
            </w:r>
            <w:r w:rsidRPr="00613F5C">
              <w:rPr>
                <w:rFonts w:ascii="BIZ UDPゴシック" w:eastAsia="BIZ UDPゴシック" w:hAnsi="BIZ UDPゴシック"/>
                <w:lang w:eastAsia="ja-JP"/>
              </w:rPr>
              <w:t>３cm〕</w:t>
            </w: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35296556" w14:textId="06E08330" w:rsidR="00966DC1" w:rsidRPr="00CC1A98" w:rsidRDefault="00966DC1" w:rsidP="00966DC1">
            <w:pPr>
              <w:spacing w:after="0" w:line="240" w:lineRule="auto"/>
              <w:rPr>
                <w:rFonts w:ascii="BIZ UDPゴシック" w:eastAsia="BIZ UDPゴシック" w:hAnsi="BIZ UDPゴシック"/>
                <w:sz w:val="20"/>
                <w:szCs w:val="20"/>
                <w:lang w:eastAsia="ja-JP"/>
              </w:rPr>
            </w:pPr>
            <w:r w:rsidRPr="00CC1A98">
              <w:rPr>
                <w:rFonts w:ascii="BIZ UDPゴシック" w:eastAsia="BIZ UDPゴシック" w:hAnsi="BIZ UDPゴシック" w:hint="eastAsia"/>
                <w:sz w:val="20"/>
                <w:szCs w:val="20"/>
                <w:lang w:eastAsia="ja-JP"/>
              </w:rPr>
              <w:t>要 相 談</w:t>
            </w: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10215A14" w14:textId="51C2A2F8" w:rsidR="00966DC1" w:rsidRPr="00613F5C" w:rsidRDefault="00966DC1" w:rsidP="00966DC1">
            <w:pPr>
              <w:spacing w:after="0" w:line="240" w:lineRule="auto"/>
              <w:jc w:val="right"/>
              <w:rPr>
                <w:rFonts w:ascii="BIZ UDPゴシック" w:eastAsia="BIZ UDPゴシック" w:hAnsi="BIZ UDPゴシック"/>
                <w:lang w:eastAsia="ja-JP"/>
              </w:rPr>
            </w:pPr>
            <w:r w:rsidRPr="00613F5C">
              <w:rPr>
                <w:rFonts w:ascii="BIZ UDPゴシック" w:eastAsia="BIZ UDPゴシック" w:hAnsi="BIZ UDPゴシック"/>
              </w:rPr>
              <w:t>枚</w:t>
            </w: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6A896FD4" w14:textId="77777777" w:rsidR="00966DC1" w:rsidRPr="00613F5C" w:rsidRDefault="00966DC1" w:rsidP="00966DC1">
            <w:pPr>
              <w:spacing w:after="0" w:line="240" w:lineRule="auto"/>
              <w:rPr>
                <w:rFonts w:ascii="BIZ UDPゴシック" w:eastAsia="BIZ UDPゴシック" w:hAnsi="BIZ UDPゴシック"/>
                <w:lang w:eastAsia="ja-JP"/>
              </w:rPr>
            </w:pPr>
          </w:p>
        </w:tc>
      </w:tr>
      <w:tr w:rsidR="00966DC1" w:rsidRPr="00613F5C" w14:paraId="19DAB9E8" w14:textId="77777777" w:rsidTr="0049245B">
        <w:trPr>
          <w:trHeight w:val="580"/>
          <w:jc w:val="center"/>
        </w:trPr>
        <w:tc>
          <w:tcPr>
            <w:tcW w:w="72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CB89365" w14:textId="612C7523" w:rsidR="00966DC1" w:rsidRPr="00613F5C" w:rsidRDefault="00966DC1" w:rsidP="00966DC1">
            <w:pPr>
              <w:spacing w:after="0" w:line="240" w:lineRule="auto"/>
              <w:jc w:val="center"/>
              <w:rPr>
                <w:rFonts w:ascii="BIZ UDPゴシック" w:eastAsia="BIZ UDPゴシック" w:hAnsi="BIZ UDPゴシック"/>
              </w:rPr>
            </w:pPr>
          </w:p>
        </w:tc>
        <w:tc>
          <w:tcPr>
            <w:tcW w:w="3241"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FFB57FD" w14:textId="778FC2AE" w:rsidR="00966DC1" w:rsidRPr="00613F5C" w:rsidRDefault="00966DC1" w:rsidP="00966DC1">
            <w:pPr>
              <w:spacing w:after="0" w:line="240" w:lineRule="auto"/>
              <w:ind w:firstLineChars="100" w:firstLine="220"/>
              <w:rPr>
                <w:rFonts w:ascii="BIZ UDPゴシック" w:eastAsia="BIZ UDPゴシック" w:hAnsi="BIZ UDPゴシック"/>
                <w:lang w:eastAsia="ja-JP"/>
              </w:rPr>
            </w:pPr>
          </w:p>
        </w:tc>
        <w:tc>
          <w:tcPr>
            <w:tcW w:w="1560"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486B7DFE" w14:textId="6B961425" w:rsidR="00966DC1" w:rsidRPr="00613F5C" w:rsidRDefault="00966DC1" w:rsidP="00966DC1">
            <w:pPr>
              <w:spacing w:after="0" w:line="240" w:lineRule="auto"/>
              <w:rPr>
                <w:rFonts w:ascii="BIZ UDPゴシック" w:eastAsia="BIZ UDPゴシック" w:hAnsi="BIZ UDPゴシック"/>
              </w:rPr>
            </w:pPr>
          </w:p>
        </w:tc>
        <w:tc>
          <w:tcPr>
            <w:tcW w:w="2126"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5ECD677E" w14:textId="1C9DC4DD" w:rsidR="00966DC1" w:rsidRPr="00613F5C" w:rsidRDefault="00966DC1" w:rsidP="00966DC1">
            <w:pPr>
              <w:spacing w:after="0" w:line="240" w:lineRule="auto"/>
              <w:jc w:val="right"/>
              <w:rPr>
                <w:rFonts w:ascii="BIZ UDPゴシック" w:eastAsia="BIZ UDPゴシック" w:hAnsi="BIZ UDPゴシック"/>
              </w:rPr>
            </w:pPr>
          </w:p>
        </w:tc>
        <w:tc>
          <w:tcPr>
            <w:tcW w:w="2433" w:type="dxa"/>
            <w:tcBorders>
              <w:top w:val="dotted" w:sz="4" w:space="0" w:color="1B365D"/>
              <w:left w:val="single" w:sz="6" w:space="0" w:color="1B365D"/>
              <w:bottom w:val="dotted" w:sz="4" w:space="0" w:color="1B365D"/>
              <w:right w:val="single" w:sz="6" w:space="0" w:color="1B365D"/>
            </w:tcBorders>
            <w:tcMar>
              <w:top w:w="100" w:type="dxa"/>
              <w:left w:w="100" w:type="dxa"/>
              <w:bottom w:w="100" w:type="dxa"/>
              <w:right w:w="100" w:type="dxa"/>
            </w:tcMar>
          </w:tcPr>
          <w:p w14:paraId="09082E09" w14:textId="77777777" w:rsidR="00966DC1" w:rsidRPr="00613F5C" w:rsidRDefault="00966DC1" w:rsidP="00966DC1">
            <w:pPr>
              <w:spacing w:after="0" w:line="240" w:lineRule="auto"/>
              <w:rPr>
                <w:rFonts w:ascii="BIZ UDPゴシック" w:eastAsia="BIZ UDPゴシック" w:hAnsi="BIZ UDPゴシック"/>
              </w:rPr>
            </w:pPr>
          </w:p>
        </w:tc>
      </w:tr>
      <w:tr w:rsidR="00966DC1" w:rsidRPr="00613F5C" w14:paraId="1961FAE1" w14:textId="77777777" w:rsidTr="0049245B">
        <w:trPr>
          <w:trHeight w:val="580"/>
          <w:jc w:val="center"/>
        </w:trPr>
        <w:tc>
          <w:tcPr>
            <w:tcW w:w="720" w:type="dxa"/>
            <w:tcBorders>
              <w:top w:val="dotted" w:sz="4" w:space="0" w:color="1B365D"/>
              <w:left w:val="single" w:sz="6" w:space="0" w:color="1B365D"/>
              <w:bottom w:val="single" w:sz="6" w:space="0" w:color="1B365D"/>
              <w:right w:val="single" w:sz="6" w:space="0" w:color="1B365D"/>
            </w:tcBorders>
            <w:tcMar>
              <w:top w:w="100" w:type="dxa"/>
              <w:left w:w="100" w:type="dxa"/>
              <w:bottom w:w="100" w:type="dxa"/>
              <w:right w:w="100" w:type="dxa"/>
            </w:tcMar>
          </w:tcPr>
          <w:p w14:paraId="771ABA51" w14:textId="54953063" w:rsidR="00966DC1" w:rsidRPr="00613F5C" w:rsidRDefault="00966DC1" w:rsidP="00966DC1">
            <w:pPr>
              <w:spacing w:after="0" w:line="240" w:lineRule="auto"/>
              <w:jc w:val="center"/>
              <w:rPr>
                <w:rFonts w:ascii="BIZ UDPゴシック" w:eastAsia="BIZ UDPゴシック" w:hAnsi="BIZ UDPゴシック"/>
              </w:rPr>
            </w:pPr>
          </w:p>
        </w:tc>
        <w:tc>
          <w:tcPr>
            <w:tcW w:w="3241" w:type="dxa"/>
            <w:tcBorders>
              <w:top w:val="dotted" w:sz="4" w:space="0" w:color="1B365D"/>
              <w:left w:val="single" w:sz="6" w:space="0" w:color="1B365D"/>
              <w:bottom w:val="single" w:sz="6" w:space="0" w:color="1B365D"/>
              <w:right w:val="single" w:sz="6" w:space="0" w:color="1B365D"/>
            </w:tcBorders>
            <w:tcMar>
              <w:top w:w="100" w:type="dxa"/>
              <w:left w:w="100" w:type="dxa"/>
              <w:bottom w:w="100" w:type="dxa"/>
              <w:right w:w="100" w:type="dxa"/>
            </w:tcMar>
          </w:tcPr>
          <w:p w14:paraId="576AA8BD" w14:textId="5295B6DD" w:rsidR="00966DC1" w:rsidRPr="00613F5C" w:rsidRDefault="00966DC1" w:rsidP="00966DC1">
            <w:pPr>
              <w:spacing w:after="0" w:line="240" w:lineRule="auto"/>
              <w:ind w:firstLineChars="100" w:firstLine="220"/>
              <w:rPr>
                <w:rFonts w:ascii="BIZ UDPゴシック" w:eastAsia="BIZ UDPゴシック" w:hAnsi="BIZ UDPゴシック"/>
                <w:lang w:eastAsia="ja-JP"/>
              </w:rPr>
            </w:pPr>
          </w:p>
        </w:tc>
        <w:tc>
          <w:tcPr>
            <w:tcW w:w="1560" w:type="dxa"/>
            <w:tcBorders>
              <w:top w:val="dotted" w:sz="4" w:space="0" w:color="1B365D"/>
              <w:left w:val="single" w:sz="6" w:space="0" w:color="1B365D"/>
              <w:bottom w:val="single" w:sz="6" w:space="0" w:color="1B365D"/>
              <w:right w:val="single" w:sz="6" w:space="0" w:color="1B365D"/>
            </w:tcBorders>
            <w:tcMar>
              <w:top w:w="100" w:type="dxa"/>
              <w:left w:w="100" w:type="dxa"/>
              <w:bottom w:w="100" w:type="dxa"/>
              <w:right w:w="100" w:type="dxa"/>
            </w:tcMar>
          </w:tcPr>
          <w:p w14:paraId="31D8497B" w14:textId="0931B266" w:rsidR="00966DC1" w:rsidRPr="00613F5C" w:rsidRDefault="00966DC1" w:rsidP="00966DC1">
            <w:pPr>
              <w:spacing w:after="0" w:line="240" w:lineRule="auto"/>
              <w:rPr>
                <w:rFonts w:ascii="BIZ UDPゴシック" w:eastAsia="BIZ UDPゴシック" w:hAnsi="BIZ UDPゴシック"/>
                <w:lang w:eastAsia="ja-JP"/>
              </w:rPr>
            </w:pPr>
          </w:p>
        </w:tc>
        <w:tc>
          <w:tcPr>
            <w:tcW w:w="2126" w:type="dxa"/>
            <w:tcBorders>
              <w:top w:val="dotted" w:sz="4" w:space="0" w:color="1B365D"/>
              <w:left w:val="single" w:sz="6" w:space="0" w:color="1B365D"/>
              <w:bottom w:val="single" w:sz="6" w:space="0" w:color="1B365D"/>
              <w:right w:val="single" w:sz="6" w:space="0" w:color="1B365D"/>
            </w:tcBorders>
            <w:tcMar>
              <w:top w:w="100" w:type="dxa"/>
              <w:left w:w="100" w:type="dxa"/>
              <w:bottom w:w="100" w:type="dxa"/>
              <w:right w:w="100" w:type="dxa"/>
            </w:tcMar>
          </w:tcPr>
          <w:p w14:paraId="5187BFF6" w14:textId="01969729" w:rsidR="00966DC1" w:rsidRPr="00613F5C" w:rsidRDefault="00966DC1" w:rsidP="00966DC1">
            <w:pPr>
              <w:spacing w:after="0" w:line="240" w:lineRule="auto"/>
              <w:jc w:val="right"/>
              <w:rPr>
                <w:rFonts w:ascii="BIZ UDPゴシック" w:eastAsia="BIZ UDPゴシック" w:hAnsi="BIZ UDPゴシック"/>
              </w:rPr>
            </w:pPr>
          </w:p>
        </w:tc>
        <w:tc>
          <w:tcPr>
            <w:tcW w:w="2433" w:type="dxa"/>
            <w:tcBorders>
              <w:top w:val="dotted" w:sz="4" w:space="0" w:color="1B365D"/>
              <w:left w:val="single" w:sz="6" w:space="0" w:color="1B365D"/>
              <w:bottom w:val="single" w:sz="6" w:space="0" w:color="1B365D"/>
              <w:right w:val="single" w:sz="6" w:space="0" w:color="1B365D"/>
            </w:tcBorders>
            <w:tcMar>
              <w:top w:w="100" w:type="dxa"/>
              <w:left w:w="100" w:type="dxa"/>
              <w:bottom w:w="100" w:type="dxa"/>
              <w:right w:w="100" w:type="dxa"/>
            </w:tcMar>
          </w:tcPr>
          <w:p w14:paraId="5FDC16C2" w14:textId="77777777" w:rsidR="00966DC1" w:rsidRPr="00613F5C" w:rsidRDefault="00966DC1" w:rsidP="00966DC1">
            <w:pPr>
              <w:spacing w:after="0" w:line="240" w:lineRule="auto"/>
              <w:rPr>
                <w:rFonts w:ascii="BIZ UDPゴシック" w:eastAsia="BIZ UDPゴシック" w:hAnsi="BIZ UDPゴシック"/>
              </w:rPr>
            </w:pPr>
          </w:p>
        </w:tc>
      </w:tr>
    </w:tbl>
    <w:p w14:paraId="5EE23A84" w14:textId="77777777" w:rsidR="00763146" w:rsidRPr="00613F5C" w:rsidRDefault="00763146" w:rsidP="00613F5C">
      <w:pPr>
        <w:spacing w:after="0"/>
        <w:rPr>
          <w:rFonts w:ascii="BIZ UDPゴシック" w:eastAsia="BIZ UDPゴシック" w:hAnsi="BIZ UDPゴシック"/>
        </w:rPr>
      </w:pPr>
    </w:p>
    <w:p w14:paraId="27EBBD4F" w14:textId="77777777" w:rsidR="00763146" w:rsidRPr="00215182" w:rsidRDefault="00F92692" w:rsidP="00613F5C">
      <w:pPr>
        <w:spacing w:after="0"/>
        <w:rPr>
          <w:rFonts w:ascii="BIZ UDPゴシック" w:eastAsia="BIZ UDPゴシック" w:hAnsi="BIZ UDPゴシック"/>
          <w:sz w:val="24"/>
          <w:szCs w:val="24"/>
        </w:rPr>
      </w:pPr>
      <w:r w:rsidRPr="00215182">
        <w:rPr>
          <w:rFonts w:ascii="BIZ UDPゴシック" w:eastAsia="BIZ UDPゴシック" w:hAnsi="BIZ UDPゴシック"/>
          <w:b/>
          <w:color w:val="1B365D"/>
          <w:sz w:val="24"/>
          <w:szCs w:val="24"/>
        </w:rPr>
        <w:t>〔注意事項〕</w:t>
      </w:r>
    </w:p>
    <w:p w14:paraId="19CA53FF" w14:textId="77777777" w:rsidR="00763146" w:rsidRPr="00613F5C" w:rsidRDefault="00F92692" w:rsidP="00CC1A98">
      <w:pPr>
        <w:pStyle w:val="a0"/>
        <w:spacing w:after="0" w:line="300" w:lineRule="auto"/>
        <w:rPr>
          <w:rFonts w:ascii="BIZ UDPゴシック" w:eastAsia="BIZ UDPゴシック" w:hAnsi="BIZ UDPゴシック"/>
          <w:lang w:eastAsia="ja-JP"/>
        </w:rPr>
      </w:pPr>
      <w:r w:rsidRPr="00613F5C">
        <w:rPr>
          <w:rFonts w:ascii="BIZ UDPゴシック" w:eastAsia="BIZ UDPゴシック" w:hAnsi="BIZ UDPゴシック"/>
          <w:lang w:eastAsia="ja-JP"/>
        </w:rPr>
        <w:t>準備や発送の都合上、本申請書は 実施日の1か月前 までにご提出ください。</w:t>
      </w:r>
    </w:p>
    <w:p w14:paraId="02051E61" w14:textId="77777777" w:rsidR="00763146" w:rsidRPr="00613F5C" w:rsidRDefault="00F92692" w:rsidP="00CC1A98">
      <w:pPr>
        <w:pStyle w:val="a0"/>
        <w:spacing w:after="0" w:line="300" w:lineRule="auto"/>
        <w:ind w:left="357" w:hanging="357"/>
        <w:rPr>
          <w:rFonts w:ascii="BIZ UDPゴシック" w:eastAsia="BIZ UDPゴシック" w:hAnsi="BIZ UDPゴシック"/>
          <w:lang w:eastAsia="ja-JP"/>
        </w:rPr>
      </w:pPr>
      <w:r w:rsidRPr="00613F5C">
        <w:rPr>
          <w:rFonts w:ascii="BIZ UDPゴシック" w:eastAsia="BIZ UDPゴシック" w:hAnsi="BIZ UDPゴシック"/>
          <w:lang w:eastAsia="ja-JP"/>
        </w:rPr>
        <w:t>資材をご利用された場合は、後日必ず 「活動報告書」 のご提出をお願いいたします。</w:t>
      </w:r>
    </w:p>
    <w:p w14:paraId="196B2052" w14:textId="77777777" w:rsidR="00763146" w:rsidRPr="00CC1A98" w:rsidRDefault="00F92692" w:rsidP="00CC1A98">
      <w:pPr>
        <w:pStyle w:val="a0"/>
        <w:spacing w:after="0" w:line="300" w:lineRule="auto"/>
        <w:rPr>
          <w:rFonts w:ascii="BIZ UDPゴシック" w:eastAsia="BIZ UDPゴシック" w:hAnsi="BIZ UDPゴシック"/>
          <w:b/>
          <w:bCs/>
          <w:lang w:eastAsia="ja-JP"/>
        </w:rPr>
      </w:pPr>
      <w:r w:rsidRPr="00CC1A98">
        <w:rPr>
          <w:rFonts w:ascii="BIZ UDPゴシック" w:eastAsia="BIZ UDPゴシック" w:hAnsi="BIZ UDPゴシック"/>
          <w:b/>
          <w:bCs/>
          <w:lang w:eastAsia="ja-JP"/>
        </w:rPr>
        <w:t>在庫状況等によってはご希望の数量に添えない場合もございますので、あらかじめご了承ください。</w:t>
      </w:r>
    </w:p>
    <w:p w14:paraId="6D61D98F" w14:textId="4501EBFF" w:rsidR="00073A6A" w:rsidRDefault="00F92692" w:rsidP="00CC1A98">
      <w:pPr>
        <w:pStyle w:val="a0"/>
        <w:spacing w:after="0" w:line="300" w:lineRule="auto"/>
        <w:rPr>
          <w:rFonts w:ascii="BIZ UDPゴシック" w:eastAsia="BIZ UDPゴシック" w:hAnsi="BIZ UDPゴシック"/>
          <w:lang w:eastAsia="ja-JP"/>
        </w:rPr>
      </w:pPr>
      <w:r w:rsidRPr="00613F5C">
        <w:rPr>
          <w:rFonts w:ascii="BIZ UDPゴシック" w:eastAsia="BIZ UDPゴシック" w:hAnsi="BIZ UDPゴシック"/>
          <w:lang w:eastAsia="ja-JP"/>
        </w:rPr>
        <w:t>資材は実施日の約1週間前</w:t>
      </w:r>
      <w:r w:rsidR="00CC1A98">
        <w:rPr>
          <w:rFonts w:ascii="BIZ UDPゴシック" w:eastAsia="BIZ UDPゴシック" w:hAnsi="BIZ UDPゴシック" w:hint="eastAsia"/>
          <w:lang w:eastAsia="ja-JP"/>
        </w:rPr>
        <w:t>まで</w:t>
      </w:r>
      <w:r w:rsidRPr="00613F5C">
        <w:rPr>
          <w:rFonts w:ascii="BIZ UDPゴシック" w:eastAsia="BIZ UDPゴシック" w:hAnsi="BIZ UDPゴシック"/>
          <w:lang w:eastAsia="ja-JP"/>
        </w:rPr>
        <w:t>に</w:t>
      </w:r>
      <w:r w:rsidR="00073A6A">
        <w:rPr>
          <w:rFonts w:ascii="BIZ UDPゴシック" w:eastAsia="BIZ UDPゴシック" w:hAnsi="BIZ UDPゴシック" w:hint="eastAsia"/>
          <w:lang w:eastAsia="ja-JP"/>
        </w:rPr>
        <w:t>、</w:t>
      </w:r>
      <w:r w:rsidRPr="00613F5C">
        <w:rPr>
          <w:rFonts w:ascii="BIZ UDPゴシック" w:eastAsia="BIZ UDPゴシック" w:hAnsi="BIZ UDPゴシック"/>
          <w:lang w:eastAsia="ja-JP"/>
        </w:rPr>
        <w:t>ご指定の送付先（担当者宛て）へ発送いたします。</w:t>
      </w:r>
    </w:p>
    <w:p w14:paraId="3DC39C4B" w14:textId="6D755BE3" w:rsidR="00763146" w:rsidRDefault="00073A6A" w:rsidP="00CC1A98">
      <w:pPr>
        <w:pStyle w:val="a0"/>
        <w:spacing w:after="0" w:line="300" w:lineRule="auto"/>
        <w:rPr>
          <w:rFonts w:ascii="BIZ UDPゴシック" w:eastAsia="BIZ UDPゴシック" w:hAnsi="BIZ UDPゴシック"/>
          <w:lang w:eastAsia="ja-JP"/>
        </w:rPr>
      </w:pPr>
      <w:r>
        <w:rPr>
          <w:rFonts w:ascii="BIZ UDPゴシック" w:eastAsia="BIZ UDPゴシック" w:hAnsi="BIZ UDPゴシック" w:hint="eastAsia"/>
          <w:lang w:eastAsia="ja-JP"/>
        </w:rPr>
        <w:t>「はっぴ」「のぼり」</w:t>
      </w:r>
      <w:r w:rsidRPr="00613F5C">
        <w:rPr>
          <w:rFonts w:ascii="BIZ UDPゴシック" w:eastAsia="BIZ UDPゴシック" w:hAnsi="BIZ UDPゴシック"/>
          <w:lang w:eastAsia="ja-JP"/>
        </w:rPr>
        <w:t>は</w:t>
      </w:r>
      <w:r>
        <w:rPr>
          <w:rFonts w:ascii="BIZ UDPゴシック" w:eastAsia="BIZ UDPゴシック" w:hAnsi="BIZ UDPゴシック" w:hint="eastAsia"/>
          <w:lang w:eastAsia="ja-JP"/>
        </w:rPr>
        <w:t>、</w:t>
      </w:r>
      <w:r w:rsidR="00F92692" w:rsidRPr="00613F5C">
        <w:rPr>
          <w:rFonts w:ascii="BIZ UDPゴシック" w:eastAsia="BIZ UDPゴシック" w:hAnsi="BIZ UDPゴシック"/>
          <w:lang w:eastAsia="ja-JP"/>
        </w:rPr>
        <w:t>同封の伝票（着払い）をご利用の上ご返却ください。</w:t>
      </w:r>
    </w:p>
    <w:p w14:paraId="4A5304C2" w14:textId="77777777" w:rsidR="00073A6A" w:rsidRPr="00073A6A" w:rsidRDefault="00073A6A" w:rsidP="00073A6A">
      <w:pPr>
        <w:pStyle w:val="a0"/>
        <w:numPr>
          <w:ilvl w:val="0"/>
          <w:numId w:val="0"/>
        </w:numPr>
        <w:spacing w:after="0" w:line="300" w:lineRule="auto"/>
        <w:ind w:left="360"/>
        <w:rPr>
          <w:rFonts w:ascii="BIZ UDPゴシック" w:eastAsia="BIZ UDPゴシック" w:hAnsi="BIZ UDPゴシック" w:hint="eastAsia"/>
          <w:sz w:val="12"/>
          <w:szCs w:val="12"/>
          <w:lang w:eastAsia="ja-JP"/>
        </w:rPr>
      </w:pPr>
    </w:p>
    <w:p w14:paraId="07505685" w14:textId="77777777" w:rsidR="00AD188B" w:rsidRPr="00AD188B" w:rsidRDefault="00AD188B" w:rsidP="00AD188B">
      <w:pPr>
        <w:pStyle w:val="a0"/>
        <w:numPr>
          <w:ilvl w:val="0"/>
          <w:numId w:val="0"/>
        </w:numPr>
        <w:spacing w:after="0" w:line="300" w:lineRule="auto"/>
        <w:ind w:left="360"/>
        <w:jc w:val="right"/>
        <w:rPr>
          <w:rFonts w:ascii="BIZ UDPゴシック" w:eastAsia="BIZ UDPゴシック" w:hAnsi="BIZ UDPゴシック"/>
          <w:lang w:eastAsia="ja-JP"/>
        </w:rPr>
      </w:pPr>
      <w:proofErr w:type="gramStart"/>
      <w:r w:rsidRPr="00AD188B">
        <w:rPr>
          <w:rFonts w:ascii="BIZ UDPゴシック" w:eastAsia="BIZ UDPゴシック" w:hAnsi="BIZ UDPゴシック"/>
          <w:lang w:eastAsia="ja-JP"/>
        </w:rPr>
        <w:t>Tel :</w:t>
      </w:r>
      <w:proofErr w:type="gramEnd"/>
      <w:r w:rsidRPr="00AD188B">
        <w:rPr>
          <w:rFonts w:ascii="BIZ UDPゴシック" w:eastAsia="BIZ UDPゴシック" w:hAnsi="BIZ UDPゴシック"/>
          <w:lang w:eastAsia="ja-JP"/>
        </w:rPr>
        <w:t xml:space="preserve"> 0836-22-2371  /  Fax : 0836-22-2110</w:t>
      </w:r>
    </w:p>
    <w:p w14:paraId="5CD0DD4B" w14:textId="18442F78" w:rsidR="00AD188B" w:rsidRPr="00613F5C" w:rsidRDefault="00AD188B" w:rsidP="007246D0">
      <w:pPr>
        <w:pStyle w:val="a0"/>
        <w:numPr>
          <w:ilvl w:val="0"/>
          <w:numId w:val="0"/>
        </w:numPr>
        <w:spacing w:after="0" w:line="300" w:lineRule="auto"/>
        <w:ind w:left="360" w:hanging="360"/>
        <w:jc w:val="right"/>
        <w:rPr>
          <w:rFonts w:ascii="BIZ UDPゴシック" w:eastAsia="BIZ UDPゴシック" w:hAnsi="BIZ UDPゴシック"/>
          <w:lang w:eastAsia="ja-JP"/>
        </w:rPr>
      </w:pPr>
      <w:r w:rsidRPr="00AD188B">
        <w:rPr>
          <w:rFonts w:ascii="BIZ UDPゴシック" w:eastAsia="BIZ UDPゴシック" w:hAnsi="BIZ UDPゴシック"/>
          <w:lang w:eastAsia="ja-JP"/>
        </w:rPr>
        <w:t xml:space="preserve"> 　　　　　　　　　　　　</w:t>
      </w:r>
      <w:proofErr w:type="gramStart"/>
      <w:r w:rsidRPr="00AD188B">
        <w:rPr>
          <w:rFonts w:ascii="BIZ UDPゴシック" w:eastAsia="BIZ UDPゴシック" w:hAnsi="BIZ UDPゴシック"/>
          <w:lang w:eastAsia="ja-JP"/>
        </w:rPr>
        <w:t>E-Mail :</w:t>
      </w:r>
      <w:proofErr w:type="gramEnd"/>
      <w:r w:rsidRPr="00AD188B">
        <w:rPr>
          <w:rFonts w:ascii="BIZ UDPゴシック" w:eastAsia="BIZ UDPゴシック" w:hAnsi="BIZ UDPゴシック"/>
          <w:lang w:eastAsia="ja-JP"/>
        </w:rPr>
        <w:t xml:space="preserve"> yuh-kan@yamaguchi-u.ac.jp</w:t>
      </w:r>
    </w:p>
    <w:sectPr w:rsidR="00AD188B" w:rsidRPr="00613F5C" w:rsidSect="001F063A">
      <w:pgSz w:w="11909" w:h="16834" w:code="9"/>
      <w:pgMar w:top="1009" w:right="862" w:bottom="680" w:left="862"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8AA4" w14:textId="77777777" w:rsidR="00F73B87" w:rsidRDefault="00F73B87" w:rsidP="006B7D7A">
      <w:pPr>
        <w:spacing w:after="0" w:line="240" w:lineRule="auto"/>
      </w:pPr>
      <w:r>
        <w:separator/>
      </w:r>
    </w:p>
  </w:endnote>
  <w:endnote w:type="continuationSeparator" w:id="0">
    <w:p w14:paraId="54AD9361" w14:textId="77777777" w:rsidR="00F73B87" w:rsidRDefault="00F73B87" w:rsidP="006B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9ED55" w14:textId="77777777" w:rsidR="00F73B87" w:rsidRDefault="00F73B87" w:rsidP="006B7D7A">
      <w:pPr>
        <w:spacing w:after="0" w:line="240" w:lineRule="auto"/>
      </w:pPr>
      <w:r>
        <w:separator/>
      </w:r>
    </w:p>
  </w:footnote>
  <w:footnote w:type="continuationSeparator" w:id="0">
    <w:p w14:paraId="4FB7E2D3" w14:textId="77777777" w:rsidR="00F73B87" w:rsidRDefault="00F73B87" w:rsidP="006B7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A6A"/>
    <w:rsid w:val="0015074B"/>
    <w:rsid w:val="001F063A"/>
    <w:rsid w:val="00215182"/>
    <w:rsid w:val="0029639D"/>
    <w:rsid w:val="00326F90"/>
    <w:rsid w:val="004377E4"/>
    <w:rsid w:val="0049245B"/>
    <w:rsid w:val="00613F5C"/>
    <w:rsid w:val="006B7D7A"/>
    <w:rsid w:val="007246D0"/>
    <w:rsid w:val="00763146"/>
    <w:rsid w:val="008C4E01"/>
    <w:rsid w:val="00957149"/>
    <w:rsid w:val="00966DC1"/>
    <w:rsid w:val="00AA1D8D"/>
    <w:rsid w:val="00AB65A5"/>
    <w:rsid w:val="00AD188B"/>
    <w:rsid w:val="00B47730"/>
    <w:rsid w:val="00CA5053"/>
    <w:rsid w:val="00CB022C"/>
    <w:rsid w:val="00CB0664"/>
    <w:rsid w:val="00CC1A98"/>
    <w:rsid w:val="00EC1CBD"/>
    <w:rsid w:val="00EF67A7"/>
    <w:rsid w:val="00F73B87"/>
    <w:rsid w:val="00F92692"/>
    <w:rsid w:val="00FC693F"/>
    <w:rsid w:val="00FE2C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433CCF1"/>
  <w14:defaultImageDpi w14:val="300"/>
  <w15:docId w15:val="{7424E008-7F0C-48CA-A283-18A9D31B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eastAsia="Yu Gothic" w:hAnsi="Yu Gothic"/>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143</Words>
  <Characters>821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Yoko Obata</cp:lastModifiedBy>
  <cp:revision>11</cp:revision>
  <cp:lastPrinted>2026-09-01T08:20:00Z</cp:lastPrinted>
  <dcterms:created xsi:type="dcterms:W3CDTF">2026-08-24T09:37:00Z</dcterms:created>
  <dcterms:modified xsi:type="dcterms:W3CDTF">2026-09-03T00:44:00Z</dcterms:modified>
  <cp:category/>
</cp:coreProperties>
</file>